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PODANIE O REMONT MIESZKANIA KOMUNALNEGO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: _________________________________________________</w:t>
      </w:r>
    </w:p>
    <w:p>
      <w:r>
        <w:rPr>
          <w:b w:val="0"/>
          <w:sz w:val="20"/>
        </w:rPr>
        <w:t>Adres zamieszkania : ______________________________________________</w:t>
      </w:r>
    </w:p>
    <w:p>
      <w:r>
        <w:rPr>
          <w:b w:val="0"/>
          <w:sz w:val="20"/>
        </w:rPr>
        <w:t>Numer mieszkania : _________________________________________________</w:t>
      </w:r>
    </w:p>
    <w:p>
      <w:r>
        <w:rPr>
          <w:b w:val="0"/>
          <w:sz w:val="20"/>
        </w:rPr>
        <w:t>Telefon kontaktowy : _______________________________________________</w:t>
      </w:r>
    </w:p>
    <w:p/>
    <w:p>
      <w:r>
        <w:rPr>
          <w:b/>
          <w:sz w:val="20"/>
        </w:rPr>
        <w:t>Do:</w:t>
      </w:r>
    </w:p>
    <w:p>
      <w:r>
        <w:rPr>
          <w:b w:val="0"/>
          <w:sz w:val="20"/>
        </w:rPr>
        <w:t>Zarząd Spółdzielni Mieszkaniowej / Miejski Zarząd Nieruchomości</w:t>
      </w:r>
    </w:p>
    <w:p>
      <w:r>
        <w:rPr>
          <w:b w:val="0"/>
          <w:sz w:val="20"/>
        </w:rPr>
        <w:t>Adres : ____________________________________________________________</w:t>
      </w:r>
    </w:p>
    <w:p/>
    <w:p>
      <w:r>
        <w:rPr>
          <w:b w:val="0"/>
          <w:sz w:val="20"/>
        </w:rPr>
        <w:t>Miejscowość : ____________________________     Data : ____________________________</w:t>
      </w:r>
    </w:p>
    <w:p/>
    <w:p/>
    <w:p>
      <w:r>
        <w:rPr>
          <w:b w:val="0"/>
          <w:sz w:val="20"/>
        </w:rPr>
        <w:t>Szanowni Państwo,</w:t>
      </w:r>
    </w:p>
    <w:p/>
    <w:p>
      <w:r>
        <w:rPr>
          <w:b w:val="0"/>
          <w:sz w:val="20"/>
        </w:rPr>
        <w:t>Zwracam się z uprzejmą prośbą o przeprowadzenie remontu mieszkania komunalnego, które zajmuję pod adresem wskazanym powyżej. Stan techniczny lokalu wymaga następujących napraw i modernizacji:</w:t>
      </w:r>
    </w:p>
    <w:p/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/>
    <w:p>
      <w:r>
        <w:rPr>
          <w:b w:val="0"/>
          <w:sz w:val="20"/>
        </w:rPr>
        <w:t>Proszę o pozytywne rozpatrzenie mojego wniosku i podjęcie odpowiednich działań w celu poprawy warunków mieszkaniowych.</w:t>
      </w:r>
    </w:p>
    <w:p/>
    <w:p>
      <w:r>
        <w:rPr>
          <w:b w:val="0"/>
          <w:sz w:val="20"/>
        </w:rPr>
        <w:t>Oświadczam, że zapoznałem(-am) się z regulaminem korzystania z mieszkań komunalnych oraz warunkami przeprowadzania remontów i zobowiązuję się do przestrzegania obowiązujących zasad.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Pracownik Zarządu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i miejsce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i miejsce : ____________________________</w:t>
            </w:r>
          </w:p>
        </w:tc>
      </w:tr>
    </w:tbl>
    <w:p/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- Kopia umowy najmu mieszkania komunalnego</w:t>
      </w:r>
    </w:p>
    <w:p>
      <w:r>
        <w:rPr>
          <w:b w:val="0"/>
          <w:sz w:val="20"/>
        </w:rPr>
        <w:t>- Dokumentacja fotograficzna stanu mieszkania (opcjonalnie)</w:t>
      </w:r>
    </w:p>
    <w:p>
      <w:r>
        <w:rPr>
          <w:b w:val="0"/>
          <w:sz w:val="20"/>
        </w:rPr>
        <w:t>- Inne dokumenty potwierdzające potrzebę remontu</w:t>
      </w:r>
    </w:p>
    <w:p/>
    <w:p>
      <w:r>
        <w:rPr>
          <w:b w:val="0"/>
          <w:sz w:val="20"/>
        </w:rPr>
        <w:t>Z poważaniem,</w:t>
      </w:r>
    </w:p>
    <w:p/>
    <w:p/>
    <w:p/>
    <w:p>
      <w:r>
        <w:rPr>
          <w:b w:val="0"/>
          <w:sz w:val="20"/>
        </w:rPr>
        <w:t>.....................................................................</w:t>
      </w:r>
    </w:p>
    <w:p>
      <w:r>
        <w:rPr>
          <w:b w:val="0"/>
          <w:sz w:val="20"/>
        </w:rPr>
        <w:t>(czytelny podpis wnioskodawcy)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https://wniosek-mistrz.com/podanie-o-remont-mieszkania-komunalnego-wzor/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podanie-o-remont-mieszkania-komunalnego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