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WNIOSEK DO PROKURATORA</w:t>
      </w:r>
    </w:p>
    <w:p>
      <w:pPr>
        <w:jc w:val="center"/>
      </w:pPr>
      <w:r>
        <w:rPr>
          <w:b/>
          <w:sz w:val="20"/>
        </w:rPr>
        <w:t>O ZAPRZECZENIE OJCOSTWA</w:t>
      </w:r>
    </w:p>
    <w:p/>
    <w:p/>
    <w:p>
      <w:r>
        <w:rPr>
          <w:b/>
          <w:sz w:val="20"/>
        </w:rPr>
        <w:t>Dane Wnioskodawcy:</w:t>
      </w:r>
    </w:p>
    <w:p>
      <w:r>
        <w:rPr>
          <w:b w:val="0"/>
          <w:sz w:val="20"/>
        </w:rPr>
        <w:t>Imię i nazwisko: ________________________________________________</w:t>
      </w:r>
    </w:p>
    <w:p>
      <w:r>
        <w:rPr>
          <w:b w:val="0"/>
          <w:sz w:val="20"/>
        </w:rPr>
        <w:t>PESEL: __________________________________________________________</w:t>
      </w:r>
    </w:p>
    <w:p>
      <w:r>
        <w:rPr>
          <w:b w:val="0"/>
          <w:sz w:val="20"/>
        </w:rPr>
        <w:t>Adres zamieszkania: ______________________________________________</w:t>
      </w:r>
    </w:p>
    <w:p>
      <w:r>
        <w:rPr>
          <w:b w:val="0"/>
          <w:sz w:val="20"/>
        </w:rPr>
        <w:t>Telefon kontaktowy: ______________________________________________</w:t>
      </w:r>
    </w:p>
    <w:p/>
    <w:p>
      <w:r>
        <w:rPr>
          <w:b/>
          <w:sz w:val="20"/>
        </w:rPr>
        <w:t>Dane dziecka:</w:t>
      </w:r>
    </w:p>
    <w:p>
      <w:r>
        <w:rPr>
          <w:b w:val="0"/>
          <w:sz w:val="20"/>
        </w:rPr>
        <w:t>Imię i nazwisko: ________________________________________________</w:t>
      </w:r>
    </w:p>
    <w:p>
      <w:r>
        <w:rPr>
          <w:b w:val="0"/>
          <w:sz w:val="20"/>
        </w:rPr>
        <w:t>Data urodzenia: ________________________________________________</w:t>
      </w:r>
    </w:p>
    <w:p>
      <w:r>
        <w:rPr>
          <w:b w:val="0"/>
          <w:sz w:val="20"/>
        </w:rPr>
        <w:t>Miejsce urodzenia: ______________________________________________</w:t>
      </w:r>
    </w:p>
    <w:p/>
    <w:p>
      <w:r>
        <w:rPr>
          <w:b/>
          <w:sz w:val="20"/>
        </w:rPr>
        <w:t>Dane mężczyzny wskazanego jako ojciec:</w:t>
      </w:r>
    </w:p>
    <w:p>
      <w:r>
        <w:rPr>
          <w:b w:val="0"/>
          <w:sz w:val="20"/>
        </w:rPr>
        <w:t>Imię i nazwisko: ________________________________________________</w:t>
      </w:r>
    </w:p>
    <w:p>
      <w:r>
        <w:rPr>
          <w:b w:val="0"/>
          <w:sz w:val="20"/>
        </w:rPr>
        <w:t>PESEL (jeśli znany): ______________________________________________</w:t>
      </w:r>
    </w:p>
    <w:p>
      <w:r>
        <w:rPr>
          <w:b w:val="0"/>
          <w:sz w:val="20"/>
        </w:rPr>
        <w:t>Adres zamieszkania: ______________________________________________</w:t>
      </w:r>
    </w:p>
    <w:p/>
    <w:p>
      <w:r>
        <w:rPr>
          <w:b/>
          <w:sz w:val="20"/>
        </w:rPr>
        <w:t>UZASADNIENIE:</w:t>
      </w:r>
    </w:p>
    <w:p>
      <w:r>
        <w:rPr>
          <w:b w:val="0"/>
          <w:sz w:val="20"/>
        </w:rPr>
        <w:t>Na podstawie art. 58 Kodeksu rodzinnego i opiekuńczego wnoszę o wszczęcie postępowania w przedmiocie zaprzeczenia ojcostwa mężczyzny wskazanego powyżej, który jest wpisany jako ojciec dziecka.</w:t>
        <w:br/>
        <w:t>Wnoszę o przeprowadzenie niezbędnych dowodów, w tym badań genetycznych, celem ustalenia prawdziwego ojcostwa.</w:t>
      </w:r>
    </w:p>
    <w:p/>
    <w:p>
      <w:r>
        <w:rPr>
          <w:b/>
          <w:sz w:val="20"/>
        </w:rPr>
        <w:t>PODSTAWA PRAWNA:</w:t>
      </w:r>
    </w:p>
    <w:p>
      <w:r>
        <w:rPr>
          <w:b w:val="0"/>
          <w:sz w:val="20"/>
        </w:rPr>
        <w:t>Art. 58 i następne Kodeksu rodzinnego i opiekuńczego (Dz.U. 1964 Nr 9 poz. 59 ze zm.)</w:t>
      </w:r>
    </w:p>
    <w:p/>
    <w:p>
      <w:r>
        <w:rPr>
          <w:b/>
          <w:sz w:val="20"/>
        </w:rPr>
        <w:t>ZAŁĄCZNIKI:</w:t>
      </w:r>
    </w:p>
    <w:p>
      <w:r>
        <w:rPr>
          <w:b w:val="0"/>
          <w:sz w:val="20"/>
        </w:rPr>
        <w:t>- Odpis aktu urodzenia dziecka</w:t>
      </w:r>
    </w:p>
    <w:p>
      <w:r>
        <w:rPr>
          <w:b w:val="0"/>
          <w:sz w:val="20"/>
        </w:rPr>
        <w:t>- Dowód osobisty wnioskodawcy (kopia)</w:t>
      </w:r>
    </w:p>
    <w:p>
      <w:r>
        <w:rPr>
          <w:b w:val="0"/>
          <w:sz w:val="20"/>
        </w:rPr>
        <w:t>- Inne dokumenty potwierdzające okoliczności uzasadniające wniosek</w:t>
      </w:r>
    </w:p>
    <w:p/>
    <w:p/>
    <w:p>
      <w:r>
        <w:rPr>
          <w:b w:val="0"/>
          <w:sz w:val="20"/>
        </w:rPr>
        <w:t>Miejsce i data: _____________________________________________________</w:t>
      </w:r>
    </w:p>
    <w:p/>
    <w:p/>
    <w:p>
      <w:r>
        <w:rPr>
          <w:b w:val="0"/>
          <w:sz w:val="20"/>
        </w:rPr>
        <w:t>Podpis wnioskodawcy: 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Podpis wnioskodawcy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Pieczęć urzędowa prokuratury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https://wniosek-mistrz.com/wniosek-do-prokuratora-o-zaprzeczenie-ojcostwa-wzor/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https://wniosek-mistrz.com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wniosek-mistrz.com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niosek-mistrz.com/wniosek-do-prokuratora-o-zaprzeczenie-ojcostwa-wzor/" TargetMode="External"/><Relationship Id="rId10" Type="http://schemas.openxmlformats.org/officeDocument/2006/relationships/hyperlink" Target="https://wniosek-mistrz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