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ZEZWOLENIE NA POBYT CZASOWY DZIECKA</w:t>
      </w:r>
    </w:p>
    <w:p/>
    <w:p/>
    <w:p>
      <w:r>
        <w:rPr>
          <w:b/>
          <w:sz w:val="20"/>
        </w:rPr>
        <w:t>Dane Wnioskodawcy (rodzica/opiekuna):</w:t>
      </w:r>
    </w:p>
    <w:p>
      <w:r>
        <w:rPr>
          <w:b w:val="0"/>
          <w:sz w:val="20"/>
        </w:rPr>
        <w:t>Imię i nazwisko: ____________________________________________________________</w:t>
      </w:r>
    </w:p>
    <w:p>
      <w:r>
        <w:rPr>
          <w:b w:val="0"/>
          <w:sz w:val="20"/>
        </w:rPr>
        <w:t>Data urodzenia: _____________________________________________________________</w:t>
      </w:r>
    </w:p>
    <w:p>
      <w:r>
        <w:rPr>
          <w:b w:val="0"/>
          <w:sz w:val="20"/>
        </w:rPr>
        <w:t>Obywatelstwo: ________________________________________________________________</w:t>
      </w:r>
    </w:p>
    <w:p>
      <w:r>
        <w:rPr>
          <w:b w:val="0"/>
          <w:sz w:val="20"/>
        </w:rPr>
        <w:t>Adres zamieszkania w Polsce: _________________________________________________</w:t>
      </w:r>
    </w:p>
    <w:p>
      <w:r>
        <w:rPr>
          <w:b w:val="0"/>
          <w:sz w:val="20"/>
        </w:rPr>
        <w:t>Telefon kontaktowy: __________________________________________________________</w:t>
      </w:r>
    </w:p>
    <w:p/>
    <w:p>
      <w:r>
        <w:rPr>
          <w:b/>
          <w:sz w:val="20"/>
        </w:rPr>
        <w:t>Dane dziecka, na które składany jest wniosek:</w:t>
      </w:r>
    </w:p>
    <w:p>
      <w:r>
        <w:rPr>
          <w:b w:val="0"/>
          <w:sz w:val="20"/>
        </w:rPr>
        <w:t>Imię i nazwisko: ____________________________________________________________</w:t>
      </w:r>
    </w:p>
    <w:p>
      <w:r>
        <w:rPr>
          <w:b w:val="0"/>
          <w:sz w:val="20"/>
        </w:rPr>
        <w:t>Data urodzenia: _____________________________________________________________</w:t>
      </w:r>
    </w:p>
    <w:p>
      <w:r>
        <w:rPr>
          <w:b w:val="0"/>
          <w:sz w:val="20"/>
        </w:rPr>
        <w:t>Obywatelstwo: ________________________________________________________________</w:t>
      </w:r>
    </w:p>
    <w:p>
      <w:r>
        <w:rPr>
          <w:b w:val="0"/>
          <w:sz w:val="20"/>
        </w:rPr>
        <w:t>Numer paszportu lub innego dokumentu tożsamości: _____________________________</w:t>
      </w:r>
    </w:p>
    <w:p/>
    <w:p>
      <w:r>
        <w:rPr>
          <w:b/>
          <w:sz w:val="20"/>
        </w:rPr>
        <w:t>Podstawa prawna i cel pobytu dziecka:</w:t>
      </w:r>
    </w:p>
    <w:p>
      <w:r>
        <w:rPr>
          <w:b w:val="0"/>
          <w:sz w:val="20"/>
        </w:rPr>
        <w:t>Rodzaj zezwolenia: Zezwolenie na pobyt czasowy</w:t>
      </w:r>
    </w:p>
    <w:p>
      <w:r>
        <w:rPr>
          <w:b w:val="0"/>
          <w:sz w:val="20"/>
        </w:rPr>
        <w:t>Cel pobytu: _________________________________________________________________</w:t>
      </w:r>
    </w:p>
    <w:p/>
    <w:p>
      <w:r>
        <w:rPr>
          <w:b/>
          <w:sz w:val="20"/>
        </w:rPr>
        <w:t>Informacje o pobycie:</w:t>
      </w:r>
    </w:p>
    <w:p>
      <w:r>
        <w:rPr>
          <w:b w:val="0"/>
          <w:sz w:val="20"/>
        </w:rPr>
        <w:t>Planowany okres pobytu od: __________________ do: _____________________________</w:t>
      </w:r>
    </w:p>
    <w:p>
      <w:r>
        <w:rPr>
          <w:b w:val="0"/>
          <w:sz w:val="20"/>
        </w:rPr>
        <w:t>Miejsce pobytu dziecka w Polsce: ______________________________________________</w:t>
      </w:r>
    </w:p>
    <w:p/>
    <w:p>
      <w:r>
        <w:rPr>
          <w:b/>
          <w:sz w:val="20"/>
        </w:rPr>
        <w:t>Oświadczenia wnioskodawcy:</w:t>
      </w:r>
    </w:p>
    <w:p>
      <w:r>
        <w:rPr>
          <w:b w:val="0"/>
          <w:sz w:val="20"/>
        </w:rPr>
        <w:t>1. Oświadczam, że dane zawarte we wniosku są prawdziwe i kompletne.</w:t>
      </w:r>
    </w:p>
    <w:p>
      <w:r>
        <w:rPr>
          <w:b w:val="0"/>
          <w:sz w:val="20"/>
        </w:rPr>
        <w:t>2. Zobowiązuję się do poinformowania właściwych organów o wszelkich zmianach dotyczących pobytu dziecka.</w:t>
      </w:r>
    </w:p>
    <w:p>
      <w:r>
        <w:rPr>
          <w:b w:val="0"/>
          <w:sz w:val="20"/>
        </w:rPr>
        <w:t>3. Zapoznałem się z konsekwencjami prawnymi wynikającymi z podania nieprawdziwych informacji.</w:t>
      </w:r>
    </w:p>
    <w:p/>
    <w:p>
      <w:r>
        <w:rPr>
          <w:b/>
          <w:sz w:val="20"/>
        </w:rPr>
        <w:t>Załączniki do wniosku:</w:t>
      </w:r>
    </w:p>
    <w:p>
      <w:r>
        <w:rPr>
          <w:b w:val="0"/>
          <w:sz w:val="20"/>
        </w:rPr>
        <w:t>1. Kopia aktu urodzenia dziecka</w:t>
      </w:r>
    </w:p>
    <w:p>
      <w:r>
        <w:rPr>
          <w:b w:val="0"/>
          <w:sz w:val="20"/>
        </w:rPr>
        <w:t>2. Kopia dokumentu tożsamości dziecka</w:t>
      </w:r>
    </w:p>
    <w:p>
      <w:r>
        <w:rPr>
          <w:b w:val="0"/>
          <w:sz w:val="20"/>
        </w:rPr>
        <w:t>3. Dokument potwierdzający prawo do opieki nad dzieckiem</w:t>
      </w:r>
    </w:p>
    <w:p>
      <w:r>
        <w:rPr>
          <w:b w:val="0"/>
          <w:sz w:val="20"/>
        </w:rPr>
        <w:t>4. Inne dokumenty potwierdzające cel pobytu (jeśli dotyczy)</w:t>
      </w:r>
    </w:p>
    <w:p/>
    <w:p>
      <w:r>
        <w:rPr>
          <w:b w:val="0"/>
          <w:sz w:val="20"/>
        </w:rPr>
        <w:t>Miejsce : ____________________________    Data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Wnioskodawcy: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https://wniosek-mistrz.com/wniosek-na-pobyt-czasowy-dla-dziecka-wzor/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niosek-na-pobyt-czasowy-dla-dziecka-wzor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