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0"/>
        </w:rPr>
        <w:t>WNIOSEK O NARUSZENIE STOSUNKÓW WODNYCH</w:t>
      </w:r>
    </w:p>
    <w:p/>
    <w:p/>
    <w:p>
      <w:r>
        <w:rPr>
          <w:b/>
          <w:sz w:val="20"/>
        </w:rPr>
        <w:t>Dane Wnioskodawcy:</w:t>
      </w:r>
    </w:p>
    <w:p>
      <w:r>
        <w:rPr>
          <w:b w:val="0"/>
          <w:sz w:val="20"/>
        </w:rPr>
        <w:t>Imię i nazwisko / Nazwa jednostki : ______________________________________________</w:t>
      </w:r>
    </w:p>
    <w:p>
      <w:r>
        <w:rPr>
          <w:b w:val="0"/>
          <w:sz w:val="20"/>
        </w:rPr>
        <w:t>Adres zamieszkania / siedziby : _________________________________________________</w:t>
      </w:r>
    </w:p>
    <w:p>
      <w:r>
        <w:rPr>
          <w:b w:val="0"/>
          <w:sz w:val="20"/>
        </w:rPr>
        <w:t>Numer telefonu : ________________________________________________________________</w:t>
      </w:r>
    </w:p>
    <w:p>
      <w:r>
        <w:rPr>
          <w:b w:val="0"/>
          <w:sz w:val="20"/>
        </w:rPr>
        <w:t>Adres e-mail : _________________________________________________________________</w:t>
      </w:r>
    </w:p>
    <w:p/>
    <w:p>
      <w:r>
        <w:rPr>
          <w:b/>
          <w:sz w:val="20"/>
        </w:rPr>
        <w:t>Opis naruszenia stosunków wodnych:</w:t>
      </w:r>
    </w:p>
    <w:p>
      <w:r>
        <w:rPr>
          <w:b w:val="0"/>
          <w:sz w:val="20"/>
        </w:rPr>
        <w:t>Miejsce naruszenia (dokładny opis lub współrzędne geograficzne) : ________________</w:t>
      </w:r>
    </w:p>
    <w:p>
      <w:r>
        <w:rPr>
          <w:b w:val="0"/>
          <w:sz w:val="20"/>
        </w:rPr>
        <w:t>Opis naruszenia (szczegółowy opis zdarzenia lub działań powodujących naruszenie) :</w:t>
      </w:r>
    </w:p>
    <w:p>
      <w:r>
        <w:rPr>
          <w:b w:val="0"/>
          <w:sz w:val="20"/>
        </w:rPr>
        <w:t>________________________________________________________________________________</w:t>
      </w:r>
    </w:p>
    <w:p>
      <w:r>
        <w:rPr>
          <w:b w:val="0"/>
          <w:sz w:val="20"/>
        </w:rPr>
        <w:t>________________________________________________________________________________</w:t>
      </w:r>
    </w:p>
    <w:p>
      <w:r>
        <w:rPr>
          <w:b w:val="0"/>
          <w:sz w:val="20"/>
        </w:rPr>
        <w:t>________________________________________________________________________________</w:t>
      </w:r>
    </w:p>
    <w:p/>
    <w:p>
      <w:r>
        <w:rPr>
          <w:b/>
          <w:sz w:val="20"/>
        </w:rPr>
        <w:t>Skutki naruszenia stosunków wodnych:</w:t>
      </w:r>
    </w:p>
    <w:p>
      <w:r>
        <w:rPr>
          <w:b w:val="0"/>
          <w:sz w:val="20"/>
        </w:rPr>
        <w:t>________________________________________________________________________________</w:t>
      </w:r>
    </w:p>
    <w:p>
      <w:r>
        <w:rPr>
          <w:b w:val="0"/>
          <w:sz w:val="20"/>
        </w:rPr>
        <w:t>________________________________________________________________________________</w:t>
      </w:r>
    </w:p>
    <w:p>
      <w:r>
        <w:rPr>
          <w:b w:val="0"/>
          <w:sz w:val="20"/>
        </w:rPr>
        <w:t>________________________________________________________________________________</w:t>
      </w:r>
    </w:p>
    <w:p/>
    <w:p>
      <w:r>
        <w:rPr>
          <w:b/>
          <w:sz w:val="20"/>
        </w:rPr>
        <w:t>Podjęte działania w związku z naruszeniem (jeśli dotyczy):</w:t>
      </w:r>
    </w:p>
    <w:p>
      <w:r>
        <w:rPr>
          <w:b w:val="0"/>
          <w:sz w:val="20"/>
        </w:rPr>
        <w:t>________________________________________________________________________________</w:t>
      </w:r>
    </w:p>
    <w:p>
      <w:r>
        <w:rPr>
          <w:b w:val="0"/>
          <w:sz w:val="20"/>
        </w:rPr>
        <w:t>________________________________________________________________________________</w:t>
      </w:r>
    </w:p>
    <w:p>
      <w:r>
        <w:rPr>
          <w:b w:val="0"/>
          <w:sz w:val="20"/>
        </w:rPr>
        <w:t>________________________________________________________________________________</w:t>
      </w:r>
    </w:p>
    <w:p/>
    <w:p>
      <w:r>
        <w:rPr>
          <w:b/>
          <w:sz w:val="20"/>
        </w:rPr>
        <w:t>Żądania wnioskodawcy:</w:t>
      </w:r>
    </w:p>
    <w:p>
      <w:r>
        <w:rPr>
          <w:b w:val="0"/>
          <w:sz w:val="20"/>
        </w:rPr>
        <w:t>________________________________________________________________________________</w:t>
      </w:r>
    </w:p>
    <w:p>
      <w:r>
        <w:rPr>
          <w:b w:val="0"/>
          <w:sz w:val="20"/>
        </w:rPr>
        <w:t>________________________________________________________________________________</w:t>
      </w:r>
    </w:p>
    <w:p>
      <w:r>
        <w:rPr>
          <w:b w:val="0"/>
          <w:sz w:val="20"/>
        </w:rPr>
        <w:t>________________________________________________________________________________</w:t>
      </w:r>
    </w:p>
    <w:p/>
    <w:p/>
    <w:p>
      <w:r>
        <w:rPr>
          <w:b/>
          <w:sz w:val="20"/>
        </w:rPr>
        <w:t>Oświadczam, że podane powyżej informacje są zgodne z prawdą i kompletne.</w:t>
      </w:r>
    </w:p>
    <w:p/>
    <w:p/>
    <w:p/>
    <w:p>
      <w:r>
        <w:rPr>
          <w:b w:val="0"/>
          <w:sz w:val="20"/>
        </w:rPr>
        <w:t>Miejsce : ____________________________________________</w:t>
      </w:r>
    </w:p>
    <w:p>
      <w:r>
        <w:rPr>
          <w:b w:val="0"/>
          <w:sz w:val="20"/>
        </w:rPr>
        <w:t>Data : _______________________________________________</w:t>
      </w:r>
    </w:p>
    <w:p/>
    <w:p/>
    <w:p>
      <w:r>
        <w:rPr>
          <w:b w:val="0"/>
          <w:sz w:val="20"/>
        </w:rPr>
        <w:t>Podpis wnioskodawcy : ___________________________________</w:t>
      </w:r>
    </w:p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Osoba przyjmująca wniosek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Uwagi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Podpis : 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________________________________________________</w:t>
            </w:r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Oryginalne zrodlo tego dokumentu: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https://wniosek-mistrz.com/wniosek-o-naruszenie-stosunkow-wodnych-wzor/</w:t>
        </w:r>
      </w:hyperlink>
    </w:p>
    <w:p>
      <w:pPr>
        <w:jc w:val="center"/>
      </w:pPr>
      <w:r>
        <w:rPr>
          <w:color w:val="555555"/>
          <w:sz w:val="26"/>
        </w:rPr>
        <w:t>Czy ten wzor byl dla Ciebie pomocny?</w:t>
      </w:r>
    </w:p>
    <w:p>
      <w:pPr>
        <w:jc w:val="center"/>
      </w:pPr>
      <w:r>
        <w:rPr>
          <w:color w:val="555555"/>
          <w:sz w:val="26"/>
        </w:rPr>
        <w:t>Znajdz inne zaktualizowane wzory na stronie: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https://wniosek-mistrz.com</w:t>
        </w:r>
      </w:hyperlink>
    </w:p>
    <w:p>
      <w:pPr>
        <w:jc w:val="center"/>
      </w:pPr>
      <w:r>
        <w:rPr>
          <w:color w:val="808080"/>
          <w:sz w:val="20"/>
        </w:rPr>
        <w:t>Ten wzor jest przeznaczony wylacznie do uzytku osobistego i niekomercyjnego.</w:t>
        <w:br/>
        <w:t>Kazde udostepnienie lub publikacja musi zawierac wskazanie zrodla. © wniosek-mistrz.com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niosek-mistrz.com/wniosek-o-naruszenie-stosunkow-wodnych-wzor/" TargetMode="External"/><Relationship Id="rId10" Type="http://schemas.openxmlformats.org/officeDocument/2006/relationships/hyperlink" Target="https://wniosek-mistrz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