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0"/>
        </w:rPr>
        <w:t>WNIOSEK O OBNIŻENIE NAPIĘCIA - PGE</w:t>
      </w:r>
    </w:p>
    <w:p/>
    <w:p/>
    <w:p>
      <w:r>
        <w:rPr>
          <w:b/>
          <w:sz w:val="20"/>
        </w:rPr>
        <w:t>Dane Wnioskodawcy:</w:t>
      </w:r>
    </w:p>
    <w:p>
      <w:r>
        <w:rPr>
          <w:b w:val="0"/>
          <w:sz w:val="20"/>
        </w:rPr>
        <w:t>Imię i nazwisko / Nazwa firmy: _______________________________________________</w:t>
      </w:r>
    </w:p>
    <w:p>
      <w:r>
        <w:rPr>
          <w:b w:val="0"/>
          <w:sz w:val="20"/>
        </w:rPr>
        <w:t>Adres: ______________________________________________________________________</w:t>
      </w:r>
    </w:p>
    <w:p>
      <w:r>
        <w:rPr>
          <w:b w:val="0"/>
          <w:sz w:val="20"/>
        </w:rPr>
        <w:t>Numer telefonu: _______________________________________________________________</w:t>
      </w:r>
    </w:p>
    <w:p>
      <w:r>
        <w:rPr>
          <w:b w:val="0"/>
          <w:sz w:val="20"/>
        </w:rPr>
        <w:t>Adres e-mail: _________________________________________________________________</w:t>
      </w:r>
    </w:p>
    <w:p/>
    <w:p>
      <w:r>
        <w:rPr>
          <w:b/>
          <w:sz w:val="20"/>
        </w:rPr>
        <w:t>Dane punktu poboru energii elektrycznej:</w:t>
      </w:r>
    </w:p>
    <w:p>
      <w:r>
        <w:rPr>
          <w:b w:val="0"/>
          <w:sz w:val="20"/>
        </w:rPr>
        <w:t>Adres punktu poboru: _________________________________________________________</w:t>
      </w:r>
    </w:p>
    <w:p>
      <w:r>
        <w:rPr>
          <w:b w:val="0"/>
          <w:sz w:val="20"/>
        </w:rPr>
        <w:t>Numer umowy / numer klienta: _________________________________________________</w:t>
      </w:r>
    </w:p>
    <w:p>
      <w:r>
        <w:rPr>
          <w:b w:val="0"/>
          <w:sz w:val="20"/>
        </w:rPr>
        <w:t>Numer licznika: _______________________________________________________________</w:t>
      </w:r>
    </w:p>
    <w:p/>
    <w:p>
      <w:r>
        <w:rPr>
          <w:b/>
          <w:sz w:val="20"/>
        </w:rPr>
        <w:t>Treść wniosku:</w:t>
      </w:r>
    </w:p>
    <w:p>
      <w:r>
        <w:rPr>
          <w:b w:val="0"/>
          <w:sz w:val="20"/>
        </w:rPr>
        <w:t>Zwracam się z uprzejmą prośbą o obniżenie napięcia w punkcie poboru energii elektrycznej wskazanym powyżej, z powodu _________________________________. Proszę o rozpatrzenie mojego wniosku oraz podjęcie stosownych działań zgodnie z obowiązującymi przepisami.</w:t>
      </w:r>
    </w:p>
    <w:p/>
    <w:p>
      <w:r>
        <w:rPr>
          <w:b/>
          <w:sz w:val="20"/>
        </w:rPr>
        <w:t>Podstawa prawna:</w:t>
      </w:r>
    </w:p>
    <w:p>
      <w:r>
        <w:rPr>
          <w:b w:val="0"/>
          <w:sz w:val="20"/>
        </w:rPr>
        <w:t>Zgodnie z Regulaminem dostarczania energii elektrycznej oraz obowiązującymi przepisami prawa wniosek o obniżenie napięcia może zostać rozpatrzony po spełnieniu warunków technicznych i formalnych.</w:t>
      </w:r>
    </w:p>
    <w:p/>
    <w:p>
      <w:r>
        <w:rPr>
          <w:b/>
          <w:sz w:val="20"/>
        </w:rPr>
        <w:t>Oświadczenia wnioskodawcy:</w:t>
      </w:r>
    </w:p>
    <w:p>
      <w:r>
        <w:rPr>
          <w:b w:val="0"/>
          <w:sz w:val="20"/>
        </w:rPr>
        <w:t>Oświadczam, że wszystkie dane zawarte we wniosku są zgodne z prawdą i jestem świadomy/a odpowiedzialności za podanie nieprawdziwych informacji.</w:t>
      </w:r>
    </w:p>
    <w:p/>
    <w:p>
      <w:r>
        <w:rPr>
          <w:b w:val="0"/>
          <w:sz w:val="20"/>
        </w:rPr>
        <w:t>Miejsce: _____________________________</w:t>
      </w:r>
    </w:p>
    <w:p>
      <w:r>
        <w:rPr>
          <w:b w:val="0"/>
          <w:sz w:val="20"/>
        </w:rPr>
        <w:t>Data: _______________________________</w:t>
      </w:r>
    </w:p>
    <w:p/>
    <w:p/>
    <w:p>
      <w:r>
        <w:rPr>
          <w:b w:val="0"/>
          <w:sz w:val="20"/>
        </w:rPr>
        <w:t>Podpis wnioskodawcy: ________________________________________________</w:t>
      </w:r>
    </w:p>
    <w:p/>
    <w:p/>
    <w:tbl>
      <w:tblPr>
        <w:tblW w:type="auto" w:w="0"/>
        <w:tblLayout w:type="autofit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Data wpływu</w:t>
            </w:r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>
              <w:t>Uwagi i decyzje PGE</w:t>
            </w:r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/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/>
          </w:p>
        </w:tc>
      </w:tr>
      <w:tr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/>
          </w:p>
        </w:tc>
        <w:tc>
          <w:tcPr>
            <w:tcW w:type="dxa" w:w="4986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center"/>
            </w:pPr>
            <w:r/>
          </w:p>
        </w:tc>
      </w:tr>
    </w:tbl>
    <w:p>
      <w:r>
        <w:br w:type="page"/>
      </w:r>
    </w:p>
    <w:p>
      <w:pPr>
        <w:jc w:val="center"/>
      </w:pPr>
      <w:r>
        <w:rPr>
          <w:color w:val="555555"/>
          <w:sz w:val="24"/>
        </w:rPr>
        <w:t>Oryginalne zrodlo tego dokumentu:</w:t>
      </w:r>
    </w:p>
    <w:p>
      <w:pPr>
        <w:jc w:val="center"/>
      </w:pPr>
      <w:hyperlink r:id="rId9">
        <w:r>
          <w:rPr>
            <w:color w:val="0000FF"/>
            <w:u w:val="single"/>
          </w:rPr>
          <w:t>https://wniosek-mistrz.com/wniosek-o-obnizenie-napiecia-pge-wzor/</w:t>
        </w:r>
      </w:hyperlink>
    </w:p>
    <w:p>
      <w:pPr>
        <w:jc w:val="center"/>
      </w:pPr>
      <w:r>
        <w:rPr>
          <w:color w:val="555555"/>
          <w:sz w:val="26"/>
        </w:rPr>
        <w:t>Czy ten wzor byl dla Ciebie pomocny?</w:t>
      </w:r>
    </w:p>
    <w:p>
      <w:pPr>
        <w:jc w:val="center"/>
      </w:pPr>
      <w:r>
        <w:rPr>
          <w:color w:val="555555"/>
          <w:sz w:val="26"/>
        </w:rPr>
        <w:t>Znajdz inne zaktualizowane wzory na stronie:</w:t>
      </w:r>
    </w:p>
    <w:p>
      <w:pPr>
        <w:jc w:val="center"/>
      </w:pPr>
      <w:hyperlink r:id="rId10">
        <w:r>
          <w:rPr>
            <w:color w:val="0000FF"/>
            <w:u w:val="single"/>
          </w:rPr>
          <w:t>https://wniosek-mistrz.com</w:t>
        </w:r>
      </w:hyperlink>
    </w:p>
    <w:p>
      <w:pPr>
        <w:jc w:val="center"/>
      </w:pPr>
      <w:r>
        <w:rPr>
          <w:color w:val="808080"/>
          <w:sz w:val="20"/>
        </w:rPr>
        <w:t>Ten wzor jest przeznaczony wylacznie do uzytku osobistego i niekomercyjnego.</w:t>
        <w:br/>
        <w:t>Kazde udostepnienie lub publikacja musi zawierac wskazanie zrodla. © wniosek-mistrz.com</w:t>
      </w:r>
    </w:p>
    <w:sectPr w:rsidR="00FC693F" w:rsidRPr="0006063C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yperlink" Target="https://wniosek-mistrz.com/wniosek-o-obnizenie-napiecia-pge-wzor/" TargetMode="External"/><Relationship Id="rId10" Type="http://schemas.openxmlformats.org/officeDocument/2006/relationships/hyperlink" Target="https://wniosek-mistrz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