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WNIOSEK O ODDELEGOWANIE NAUCZYCIELA</w:t>
      </w:r>
    </w:p>
    <w:p/>
    <w:p/>
    <w:p>
      <w:r>
        <w:rPr>
          <w:b/>
          <w:sz w:val="20"/>
        </w:rPr>
        <w:t>Dane wnioskującego: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Stanowisko: _________________________________________________</w:t>
      </w:r>
    </w:p>
    <w:p>
      <w:r>
        <w:rPr>
          <w:b w:val="0"/>
          <w:sz w:val="20"/>
        </w:rPr>
        <w:t>Jednostka organizacyjna: ______________________________________</w:t>
      </w:r>
    </w:p>
    <w:p>
      <w:r>
        <w:rPr>
          <w:b w:val="0"/>
          <w:sz w:val="20"/>
        </w:rPr>
        <w:t>Adres e-mail: _________________________________________________</w:t>
      </w:r>
    </w:p>
    <w:p/>
    <w:p>
      <w:r>
        <w:rPr>
          <w:b/>
          <w:sz w:val="20"/>
        </w:rPr>
        <w:t>Dane nauczyciela do oddelegowania:</w:t>
      </w:r>
    </w:p>
    <w:p>
      <w:r>
        <w:rPr>
          <w:b w:val="0"/>
          <w:sz w:val="20"/>
        </w:rPr>
        <w:t>Imię i nazwisko: ________________________________________________</w:t>
      </w:r>
    </w:p>
    <w:p>
      <w:r>
        <w:rPr>
          <w:b w:val="0"/>
          <w:sz w:val="20"/>
        </w:rPr>
        <w:t>Stanowisko / zajmowane stanowisko: ____________________________</w:t>
      </w:r>
    </w:p>
    <w:p>
      <w:r>
        <w:rPr>
          <w:b w:val="0"/>
          <w:sz w:val="20"/>
        </w:rPr>
        <w:t>Przedmiot nauczania / specjalizacja: ___________________________</w:t>
      </w:r>
    </w:p>
    <w:p/>
    <w:p>
      <w:r>
        <w:rPr>
          <w:b/>
          <w:sz w:val="20"/>
        </w:rPr>
        <w:t>Szczegóły oddelegowania:</w:t>
      </w:r>
    </w:p>
    <w:p>
      <w:r>
        <w:rPr>
          <w:b w:val="0"/>
          <w:sz w:val="20"/>
        </w:rPr>
        <w:t>Cel oddelegowania: _____________________________________________</w:t>
      </w:r>
    </w:p>
    <w:p>
      <w:r>
        <w:rPr>
          <w:b w:val="0"/>
          <w:sz w:val="20"/>
        </w:rPr>
        <w:t>Miejsce oddelegowania: _________________________________________</w:t>
      </w:r>
    </w:p>
    <w:p>
      <w:r>
        <w:rPr>
          <w:b w:val="0"/>
          <w:sz w:val="20"/>
        </w:rPr>
        <w:t>Planowany okres oddelegowania: od ______________ do ______________</w:t>
      </w:r>
    </w:p>
    <w:p>
      <w:r>
        <w:rPr>
          <w:b w:val="0"/>
          <w:sz w:val="20"/>
        </w:rPr>
        <w:t>Wymiar czasu pracy podczas oddelegowania: _______________________</w:t>
      </w:r>
    </w:p>
    <w:p/>
    <w:p>
      <w:r>
        <w:rPr>
          <w:b/>
          <w:sz w:val="20"/>
        </w:rPr>
        <w:t>Podstawa prawna oddelegowania: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Uzasadnienie wniosku o oddelegowanie: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</w:t>
      </w:r>
    </w:p>
    <w:p/>
    <w:p>
      <w:r>
        <w:rPr>
          <w:b/>
          <w:sz w:val="20"/>
        </w:rPr>
        <w:t>Oświadczenie wnioskującego:</w:t>
      </w:r>
    </w:p>
    <w:p>
      <w:r>
        <w:rPr>
          <w:b w:val="0"/>
          <w:sz w:val="20"/>
        </w:rPr>
        <w:t>Oświadczam, że powyższe dane są zgodne z prawdą oraz że oddelegowanie jest zgodne z obowiązującymi przepisami prawa oświatowego.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WNOSZĄCY WNIOSEK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KIEROWNIK JEDNOSTKI ORGANIZACYJNEJ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Podpis: 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Miejsce i data: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Miejsce i data: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Oryginalne zrodlo tego dokumentu: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https://wniosek-mistrz.com/wniosek-o-oddelegowanie-nauczyciela-wzor/</w:t>
        </w:r>
      </w:hyperlink>
    </w:p>
    <w:p>
      <w:pPr>
        <w:jc w:val="center"/>
      </w:pPr>
      <w:r>
        <w:rPr>
          <w:color w:val="555555"/>
          <w:sz w:val="26"/>
        </w:rPr>
        <w:t>Czy ten wzor byl dla Ciebie pomocny?</w:t>
      </w:r>
    </w:p>
    <w:p>
      <w:pPr>
        <w:jc w:val="center"/>
      </w:pPr>
      <w:r>
        <w:rPr>
          <w:color w:val="555555"/>
          <w:sz w:val="26"/>
        </w:rPr>
        <w:t>Znajdz inne zaktualizowane wzory na stronie: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https://wniosek-mistrz.com</w:t>
        </w:r>
      </w:hyperlink>
    </w:p>
    <w:p>
      <w:pPr>
        <w:jc w:val="center"/>
      </w:pPr>
      <w:r>
        <w:rPr>
          <w:color w:val="808080"/>
          <w:sz w:val="20"/>
        </w:rPr>
        <w:t>Ten wzor jest przeznaczony wylacznie do uzytku osobistego i niekomercyjnego.</w:t>
        <w:br/>
        <w:t>Kazde udostepnienie lub publikacja musi zawierac wskazanie zrodla. © wniosek-mistrz.com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niosek-mistrz.com/wniosek-o-oddelegowanie-nauczyciela-wzor/" TargetMode="External"/><Relationship Id="rId10" Type="http://schemas.openxmlformats.org/officeDocument/2006/relationships/hyperlink" Target="https://wniosek-mistrz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