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OGRANICZENIE WŁADZY RODZICIELSKIEJ OJCU</w:t>
      </w:r>
    </w:p>
    <w:p/>
    <w:p/>
    <w:p>
      <w:r>
        <w:rPr>
          <w:b w:val="0"/>
          <w:sz w:val="20"/>
        </w:rPr>
        <w:t>Miejscowość : ____________________________    Data : ____________________________</w:t>
      </w:r>
    </w:p>
    <w:p/>
    <w:p/>
    <w:p>
      <w:r>
        <w:rPr>
          <w:b/>
          <w:sz w:val="20"/>
        </w:rPr>
        <w:t>Dane Wnioskodawcy (matka dziecka):</w:t>
      </w:r>
    </w:p>
    <w:p>
      <w:r>
        <w:rPr>
          <w:b w:val="0"/>
          <w:sz w:val="20"/>
        </w:rPr>
        <w:t>Imię i Nazwisko : ________________________________________________</w:t>
      </w:r>
    </w:p>
    <w:p>
      <w:r>
        <w:rPr>
          <w:b w:val="0"/>
          <w:sz w:val="20"/>
        </w:rPr>
        <w:t>PESEL : ___________________________________________________________</w:t>
      </w:r>
    </w:p>
    <w:p>
      <w:r>
        <w:rPr>
          <w:b w:val="0"/>
          <w:sz w:val="20"/>
        </w:rPr>
        <w:t>Adres zamieszkania : ______________________________________________</w:t>
      </w:r>
    </w:p>
    <w:p>
      <w:r>
        <w:rPr>
          <w:b w:val="0"/>
          <w:sz w:val="20"/>
        </w:rPr>
        <w:t>Telefon kontaktowy : _______________________________________________</w:t>
      </w:r>
    </w:p>
    <w:p/>
    <w:p>
      <w:r>
        <w:rPr>
          <w:b/>
          <w:sz w:val="20"/>
        </w:rPr>
        <w:t>Dane ojca dziecka:</w:t>
      </w:r>
    </w:p>
    <w:p>
      <w:r>
        <w:rPr>
          <w:b w:val="0"/>
          <w:sz w:val="20"/>
        </w:rPr>
        <w:t>Imię i Nazwisko : ________________________________________________</w:t>
      </w:r>
    </w:p>
    <w:p>
      <w:r>
        <w:rPr>
          <w:b w:val="0"/>
          <w:sz w:val="20"/>
        </w:rPr>
        <w:t>PESEL : ___________________________________________________________</w:t>
      </w:r>
    </w:p>
    <w:p>
      <w:r>
        <w:rPr>
          <w:b w:val="0"/>
          <w:sz w:val="20"/>
        </w:rPr>
        <w:t>Adres zamieszkania : ______________________________________________</w:t>
      </w:r>
    </w:p>
    <w:p/>
    <w:p>
      <w:r>
        <w:rPr>
          <w:b/>
          <w:sz w:val="20"/>
        </w:rPr>
        <w:t>Dane dziecka/dzieci:</w:t>
      </w:r>
    </w:p>
    <w:p>
      <w:r>
        <w:rPr>
          <w:b w:val="0"/>
          <w:sz w:val="20"/>
        </w:rPr>
        <w:t>Imię i Nazwisko dziecka 1 : ________________________________________</w:t>
      </w:r>
    </w:p>
    <w:p>
      <w:r>
        <w:rPr>
          <w:b w:val="0"/>
          <w:sz w:val="20"/>
        </w:rPr>
        <w:t>Data urodzenia : _________________________________________________</w:t>
      </w:r>
    </w:p>
    <w:p>
      <w:r>
        <w:rPr>
          <w:b w:val="0"/>
          <w:sz w:val="20"/>
        </w:rPr>
        <w:t>Imię i Nazwisko dziecka 2 : ________________________________________</w:t>
      </w:r>
    </w:p>
    <w:p>
      <w:r>
        <w:rPr>
          <w:b w:val="0"/>
          <w:sz w:val="20"/>
        </w:rPr>
        <w:t>Data urodzenia : _________________________________________________</w:t>
      </w:r>
    </w:p>
    <w:p>
      <w:r>
        <w:rPr>
          <w:b w:val="0"/>
          <w:sz w:val="20"/>
        </w:rPr>
        <w:t>(W przypadku jednego dziecka można pozostawić puste pola lub skasować)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109 § 1 Kodeksu rodzinnego i opiekuńczego wnoszę o ograniczenie władzy rodzicielskiej ojcu dziecka/dzieci wskazanych powyżej.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1. Ojciec dziecka/dzieci nie wykonuje swoich obowiązków względem dziecka/dzieci.</w:t>
      </w:r>
    </w:p>
    <w:p>
      <w:r>
        <w:rPr>
          <w:b w:val="0"/>
          <w:sz w:val="20"/>
        </w:rPr>
        <w:t>2. Zachowanie ojca zagraża dobru dziecka/dzieci lub utrudnia prawidłowy rozwój emocjonalny i wychowawczy.</w:t>
      </w:r>
    </w:p>
    <w:p>
      <w:r>
        <w:rPr>
          <w:b w:val="0"/>
          <w:sz w:val="20"/>
        </w:rPr>
        <w:t>3. (Inne istotne okoliczności, które uzasadniają ograniczenie władzy rodzicielskiej):</w:t>
      </w:r>
    </w:p>
    <w:p>
      <w:r>
        <w:rPr>
          <w:b w:val="0"/>
          <w:sz w:val="20"/>
        </w:rPr>
        <w:t xml:space="preserve">   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</w:t>
      </w:r>
    </w:p>
    <w:p/>
    <w:p>
      <w:r>
        <w:rPr>
          <w:b/>
          <w:sz w:val="20"/>
        </w:rPr>
        <w:t>Wnoszę o:</w:t>
      </w:r>
    </w:p>
    <w:p>
      <w:r>
        <w:rPr>
          <w:b w:val="0"/>
          <w:sz w:val="20"/>
        </w:rPr>
        <w:t>1. Ograniczenie ojcu wskazanemu powyżej władzy rodzicielskiej przez ustanowienie nadzoru kuratora sądowego nad wykonywaniem przez niego władzy rodzicielskiej.</w:t>
      </w:r>
    </w:p>
    <w:p>
      <w:r>
        <w:rPr>
          <w:b w:val="0"/>
          <w:sz w:val="20"/>
        </w:rPr>
        <w:t>2. (Inne żądania, np. zakaz kontaktów, miejsca pobytu dziecka, itp.):</w:t>
      </w:r>
    </w:p>
    <w:p>
      <w:r>
        <w:rPr>
          <w:b w:val="0"/>
          <w:sz w:val="20"/>
        </w:rPr>
        <w:t xml:space="preserve">   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</w:t>
      </w:r>
    </w:p>
    <w:p/>
    <w:p>
      <w:r>
        <w:rPr>
          <w:b/>
          <w:sz w:val="20"/>
        </w:rPr>
        <w:t>Informacje dodatkowe:</w:t>
      </w:r>
    </w:p>
    <w:p>
      <w:r>
        <w:rPr>
          <w:b w:val="0"/>
          <w:sz w:val="20"/>
        </w:rPr>
        <w:t>W załączeniu składam dokumenty potwierdzające powyższe okoliczności oraz dowody, które zostaną przedstawione w toku postępowania.</w:t>
      </w:r>
    </w:p>
    <w:p/>
    <w:p/>
    <w:p>
      <w:r>
        <w:rPr>
          <w:b/>
          <w:sz w:val="20"/>
        </w:rPr>
        <w:t>Podpis wnioskodawcy:</w:t>
      </w:r>
    </w:p>
    <w:p>
      <w:r>
        <w:rPr>
          <w:b w:val="0"/>
          <w:sz w:val="20"/>
        </w:rPr>
        <w:t>_______________________________</w:t>
      </w:r>
    </w:p>
    <w:p/>
    <w:p/>
    <w:p/>
    <w:p>
      <w:r>
        <w:rPr>
          <w:b/>
          <w:sz w:val="20"/>
        </w:rPr>
        <w:t>Podpis pełnomocnika (jeśli dotyczy):</w:t>
      </w:r>
    </w:p>
    <w:p>
      <w:r>
        <w:rPr>
          <w:b w:val="0"/>
          <w:sz w:val="20"/>
        </w:rPr>
        <w:t>_______________________________</w:t>
      </w:r>
    </w:p>
    <w:p/>
    <w:p/>
    <w:p>
      <w:r>
        <w:rPr>
          <w:b/>
          <w:sz w:val="20"/>
        </w:rPr>
        <w:t>Pieczęć i podpis urzędnika przyjmującego wniosek:</w:t>
      </w:r>
    </w:p>
    <w:p>
      <w:r>
        <w:rPr>
          <w:b w:val="0"/>
          <w:sz w:val="20"/>
        </w:rPr>
        <w:t>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Pełnomocnik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https://wniosek-mistrz.com/wniosek-o-ograniczenie-wladzy-rodzicielskiej-ojcu-wzor/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ograniczenie-wladzy-rodzicielskiej-ojcu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