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PRZYPORZĄDKOWANIE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nazwa: ______________________________________________</w:t>
      </w:r>
    </w:p>
    <w:p>
      <w:r>
        <w:rPr>
          <w:b w:val="0"/>
          <w:sz w:val="20"/>
        </w:rPr>
        <w:t>Adres zamieszkania / siedziby: ________________________________________</w:t>
      </w:r>
    </w:p>
    <w:p>
      <w:r>
        <w:rPr>
          <w:b w:val="0"/>
          <w:sz w:val="20"/>
        </w:rPr>
        <w:t>PESEL / NIP: 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</w:t>
      </w:r>
    </w:p>
    <w:p/>
    <w:p>
      <w:r>
        <w:rPr>
          <w:b/>
          <w:sz w:val="20"/>
        </w:rPr>
        <w:t>Adresat:</w:t>
      </w:r>
    </w:p>
    <w:p>
      <w:r>
        <w:rPr>
          <w:b w:val="0"/>
          <w:sz w:val="20"/>
        </w:rPr>
        <w:t>Sąd Rejonowy w _________________________________________________________</w:t>
      </w:r>
    </w:p>
    <w:p>
      <w:r>
        <w:rPr>
          <w:b w:val="0"/>
          <w:sz w:val="20"/>
        </w:rPr>
        <w:t>Wydział _________________________________________________________________</w:t>
      </w:r>
    </w:p>
    <w:p>
      <w:r>
        <w:rPr>
          <w:b w:val="0"/>
          <w:sz w:val="20"/>
        </w:rPr>
        <w:t>Adres sądu: ____________________________________________________________</w:t>
      </w:r>
    </w:p>
    <w:p/>
    <w:p/>
    <w:p>
      <w:r>
        <w:rPr>
          <w:b/>
          <w:sz w:val="20"/>
        </w:rPr>
        <w:t>Na podstawie art. XXX Kodeksu postępowania cywilnego składam wniosek o przyporządkowanie:</w:t>
      </w:r>
    </w:p>
    <w:p/>
    <w:p>
      <w:r>
        <w:rPr>
          <w:b/>
          <w:sz w:val="20"/>
        </w:rPr>
        <w:t>Dane dotyczące sprawy:</w:t>
      </w:r>
    </w:p>
    <w:p>
      <w:r>
        <w:rPr>
          <w:b w:val="0"/>
          <w:sz w:val="20"/>
        </w:rPr>
        <w:t>Sygnatura akt: __________________________________________________________</w:t>
      </w:r>
    </w:p>
    <w:p>
      <w:r>
        <w:rPr>
          <w:b w:val="0"/>
          <w:sz w:val="20"/>
        </w:rPr>
        <w:t>Strona powodowa: _______________________________________________________</w:t>
      </w:r>
    </w:p>
    <w:p>
      <w:r>
        <w:rPr>
          <w:b w:val="0"/>
          <w:sz w:val="20"/>
        </w:rPr>
        <w:t>Strona pozwana: _________________________________________________________</w:t>
      </w:r>
    </w:p>
    <w:p/>
    <w:p>
      <w:r>
        <w:rPr>
          <w:b/>
          <w:sz w:val="20"/>
        </w:rPr>
        <w:t>Treść wniosku:</w:t>
      </w:r>
    </w:p>
    <w:p>
      <w:r>
        <w:rPr>
          <w:b w:val="0"/>
          <w:sz w:val="20"/>
        </w:rPr>
        <w:t>Wnoszę o przyporządkowanie do właściwego zespołu / referatu sprawy o sygnaturze akt powyżej wskazanej.</w:t>
      </w:r>
    </w:p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Miejsce: _____________________________________</w:t>
      </w:r>
    </w:p>
    <w:p>
      <w:r>
        <w:rPr>
          <w:b w:val="0"/>
          <w:sz w:val="20"/>
        </w:rPr>
        <w:t>Data: 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i podpis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https://wniosek-mistrz.com/wniosek-o-przypozwanie-wzor/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przypozwanie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