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REMONT MIESZKANIA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</w:t>
      </w:r>
    </w:p>
    <w:p>
      <w:r>
        <w:rPr>
          <w:b w:val="0"/>
          <w:sz w:val="20"/>
        </w:rPr>
        <w:t>Adres zamieszkania: _______________________________________________</w:t>
      </w:r>
    </w:p>
    <w:p>
      <w:r>
        <w:rPr>
          <w:b w:val="0"/>
          <w:sz w:val="20"/>
        </w:rPr>
        <w:t>Numer telefonu: _________________________________________________</w:t>
      </w:r>
    </w:p>
    <w:p>
      <w:r>
        <w:rPr>
          <w:b w:val="0"/>
          <w:sz w:val="20"/>
        </w:rPr>
        <w:t>Adres e-mail: _________________________________________________</w:t>
      </w:r>
    </w:p>
    <w:p/>
    <w:p>
      <w:r>
        <w:rPr>
          <w:b/>
          <w:sz w:val="20"/>
        </w:rPr>
        <w:t>Dane lokalu mieszkalnego:</w:t>
      </w:r>
    </w:p>
    <w:p>
      <w:r>
        <w:rPr>
          <w:b w:val="0"/>
          <w:sz w:val="20"/>
        </w:rPr>
        <w:t>Adres lokalu: _________________________________________________</w:t>
      </w:r>
    </w:p>
    <w:p>
      <w:r>
        <w:rPr>
          <w:b w:val="0"/>
          <w:sz w:val="20"/>
        </w:rPr>
        <w:t>Numer mieszkania: _________________________________________________</w:t>
      </w:r>
    </w:p>
    <w:p>
      <w:r>
        <w:rPr>
          <w:b w:val="0"/>
          <w:sz w:val="20"/>
        </w:rPr>
        <w:t>Piętro: _________________</w:t>
      </w:r>
    </w:p>
    <w:p>
      <w:r>
        <w:rPr>
          <w:b w:val="0"/>
          <w:sz w:val="20"/>
        </w:rPr>
        <w:t>Powierzchnia użytkowa (m²): 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5 ust. 1 oraz art. 16 ust. 1 ustawy z dnia 21 czerwca 2001 r. o ochronie praw lokatorów, mieszkaniowym zasobie gminy i o zmianie Kodeksu cywilnego (Dz.U. z 2023 r. poz. 1234 z późn. zm.) składam wniosek o przeprowadzenie remontu mieszkania.</w:t>
      </w:r>
    </w:p>
    <w:p/>
    <w:p>
      <w:r>
        <w:rPr>
          <w:b/>
          <w:sz w:val="20"/>
        </w:rPr>
        <w:t>Zakres planowanego remontu:</w:t>
      </w:r>
    </w:p>
    <w:p>
      <w:r>
        <w:rPr>
          <w:b w:val="0"/>
          <w:sz w:val="20"/>
        </w:rPr>
        <w:t>Proszę o zatwierdzenie następujących prac remontowych w lokalu mieszkalnym: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>
      <w:r>
        <w:rPr>
          <w:b w:val="0"/>
          <w:sz w:val="20"/>
        </w:rPr>
        <w:t>Proponowany termin rozpoczęcia remontu: ____________________________</w:t>
      </w:r>
    </w:p>
    <w:p>
      <w:r>
        <w:rPr>
          <w:b w:val="0"/>
          <w:sz w:val="20"/>
        </w:rPr>
        <w:t>Przewidywany czas trwania remontu: ________________________________</w:t>
      </w:r>
    </w:p>
    <w:p/>
    <w:p>
      <w:r>
        <w:rPr>
          <w:b/>
          <w:sz w:val="20"/>
        </w:rPr>
        <w:t>Oświadczenia:</w:t>
      </w:r>
    </w:p>
    <w:p>
      <w:r>
        <w:rPr>
          <w:b w:val="0"/>
          <w:sz w:val="20"/>
        </w:rPr>
        <w:t>1. Oświadczam, że planowane prace remontowe nie naruszą konstrukcji budynku ani jego instalacji.</w:t>
      </w:r>
    </w:p>
    <w:p>
      <w:r>
        <w:rPr>
          <w:b w:val="0"/>
          <w:sz w:val="20"/>
        </w:rPr>
        <w:t>2. Zobowiązuję się do przestrzegania obowiązujących przepisów prawa oraz regulaminów wspólnoty mieszkaniowej/zasad określonych przez zarządcę nieruchomości.</w:t>
      </w:r>
    </w:p>
    <w:p>
      <w:r>
        <w:rPr>
          <w:b w:val="0"/>
          <w:sz w:val="20"/>
        </w:rPr>
        <w:t>3. Wyrażam zgodę na kontrolę prowadzonych prac przez uprawnione osoby.</w:t>
      </w:r>
    </w:p>
    <w:p/>
    <w:p>
      <w:r>
        <w:rPr>
          <w:b/>
          <w:sz w:val="20"/>
        </w:rPr>
        <w:t>Miejsce na podpis Wnioskodawcy oraz datę:</w:t>
      </w:r>
    </w:p>
    <w:p>
      <w:r>
        <w:rPr>
          <w:b w:val="0"/>
          <w:sz w:val="20"/>
        </w:rPr>
        <w:t>Miejsce, Data: ____________________________________________________</w:t>
      </w:r>
    </w:p>
    <w:p>
      <w:r>
        <w:rPr>
          <w:b w:val="0"/>
          <w:sz w:val="20"/>
        </w:rPr>
        <w:t>Podpis: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ZARZĄDCA NIERUCHOMOŚCI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https://wniosek-mistrz.com/wniosek-o-remont-mieszkania-wzor/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remont-mieszkania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