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SEPARACJĘ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</w:t>
      </w:r>
    </w:p>
    <w:p>
      <w:r>
        <w:rPr>
          <w:b w:val="0"/>
          <w:sz w:val="20"/>
        </w:rPr>
        <w:t>Adres do korespondencji (jeśli inny): __________________________________________</w:t>
      </w:r>
    </w:p>
    <w:p/>
    <w:p>
      <w:r>
        <w:rPr>
          <w:b/>
          <w:sz w:val="20"/>
        </w:rPr>
        <w:t>Dane Pozwanego:</w:t>
      </w:r>
    </w:p>
    <w:p>
      <w:r>
        <w:rPr>
          <w:b w:val="0"/>
          <w:sz w:val="20"/>
        </w:rPr>
        <w:t>Imię i nazwisko: 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</w:t>
      </w:r>
    </w:p>
    <w:p/>
    <w:p>
      <w:r>
        <w:rPr>
          <w:b w:val="0"/>
          <w:sz w:val="20"/>
        </w:rPr>
        <w:t>Na podstawie art. 611 § 1 Kodeksu rodzinnego i opiekuńczego wnoszę o:</w:t>
      </w:r>
    </w:p>
    <w:p/>
    <w:p>
      <w:r>
        <w:rPr>
          <w:b/>
          <w:sz w:val="20"/>
        </w:rPr>
        <w:t>1. Orzeczenie separacji między mną a pozwanym/pozwaną.</w:t>
      </w:r>
    </w:p>
    <w:p>
      <w:r>
        <w:rPr>
          <w:b w:val="0"/>
          <w:sz w:val="20"/>
        </w:rPr>
        <w:t>2. Ustalenie miejsca zamieszkania małoletnich dzieci przy stronie: _______________.</w:t>
      </w:r>
    </w:p>
    <w:p>
      <w:r>
        <w:rPr>
          <w:b w:val="0"/>
          <w:sz w:val="20"/>
        </w:rPr>
        <w:t>3. Uregulowanie kontaktów z dziećmi w sposób następujący: _______________________.</w:t>
      </w:r>
    </w:p>
    <w:p>
      <w:r>
        <w:rPr>
          <w:b w:val="0"/>
          <w:sz w:val="20"/>
        </w:rPr>
        <w:t>4. Zasądzenie alimentów na rzecz małoletnich dzieci w kwocie: ___________________.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Wnoszę o orzeczenie separacji z uwagi na zaistniałe trwałe i poważne rozkłady pożycia małżeńskiego,</w:t>
      </w:r>
    </w:p>
    <w:p>
      <w:r>
        <w:rPr>
          <w:b w:val="0"/>
          <w:sz w:val="20"/>
        </w:rPr>
        <w:t>które uniemożliwiają dalsze wspólne pożycie. Pomimo wielokrotnych prób pojednania, nie doszło do poprawy sytuacji.</w:t>
      </w:r>
    </w:p>
    <w:p>
      <w:r>
        <w:rPr>
          <w:b w:val="0"/>
          <w:sz w:val="20"/>
        </w:rPr>
        <w:t>Separacja jest konieczna dla zachowania dobra wszystkich stron, w szczególności małoletnich dzieci.</w:t>
      </w:r>
    </w:p>
    <w:p/>
    <w:p>
      <w:r>
        <w:rPr>
          <w:b/>
          <w:sz w:val="20"/>
        </w:rPr>
        <w:t>Dodatkowe informacje:</w:t>
      </w:r>
    </w:p>
    <w:p>
      <w:r>
        <w:rPr>
          <w:b w:val="0"/>
          <w:sz w:val="20"/>
        </w:rPr>
        <w:t>- Nie istnieje wspólność majątkowa między stronami / Występuje wspólność majątkowa (niepotrzebne skreślić).</w:t>
      </w:r>
    </w:p>
    <w:p>
      <w:r>
        <w:rPr>
          <w:b w:val="0"/>
          <w:sz w:val="20"/>
        </w:rPr>
        <w:t>- Strony nie posiadają wspólnych długów / Strony posiadają wspólne długi (niepotrzebne skreślić).</w:t>
      </w:r>
    </w:p>
    <w:p>
      <w:r>
        <w:rPr>
          <w:b w:val="0"/>
          <w:sz w:val="20"/>
        </w:rPr>
        <w:t>- Proszę o orzeczenie o kosztach postępowania według norm przepisanych.</w:t>
      </w:r>
    </w:p>
    <w:p/>
    <w:p>
      <w:pPr>
        <w:jc w:val="center"/>
      </w:pPr>
      <w:r>
        <w:rPr>
          <w:b w:val="0"/>
          <w:sz w:val="20"/>
        </w:rPr>
        <w:t>.............................................................</w:t>
      </w:r>
    </w:p>
    <w:p>
      <w:pPr>
        <w:jc w:val="center"/>
      </w:pPr>
      <w:r>
        <w:rPr>
          <w:b w:val="0"/>
          <w:sz w:val="20"/>
        </w:rPr>
        <w:t>Podpis Wnioskodawcy</w:t>
      </w:r>
    </w:p>
    <w:p/>
    <w:p/>
    <w:p>
      <w:r>
        <w:rPr>
          <w:b w:val="0"/>
          <w:sz w:val="20"/>
        </w:rPr>
        <w:t>Miejsce: ______________________________________    Data: ______________________</w:t>
      </w:r>
    </w:p>
    <w:p/>
    <w:p/>
    <w:p>
      <w:r>
        <w:rPr>
          <w:b w:val="0"/>
          <w:sz w:val="20"/>
        </w:rPr>
        <w:t>Podpis pełnomocnika (jeśli dotyczy):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Załączniki: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1. Odpis aktu małżeństwa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2. Odpis aktów urodzenia małoletnich dzieci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3. Inne dokumenty potwierdzające zasadność wniosku (np. dowody osobiste, pełnomocnictwa)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https://wniosek-mistrz.com/wniosek-o-separacje-wzor/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separacje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