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WNIOSEK O UMORZENIE POSTĘPOWANIA EGZEKUCYJNEGO</w:t>
      </w:r>
    </w:p>
    <w:p/>
    <w:p/>
    <w:p>
      <w:r>
        <w:rPr>
          <w:b/>
          <w:sz w:val="20"/>
        </w:rPr>
        <w:t>Dane Wnioskodawcy:</w:t>
      </w:r>
    </w:p>
    <w:p>
      <w:r>
        <w:rPr>
          <w:b w:val="0"/>
          <w:sz w:val="20"/>
        </w:rPr>
        <w:t>Imię i nazwisko / Nazwa podmiotu: ____________________________________________</w:t>
      </w:r>
    </w:p>
    <w:p>
      <w:r>
        <w:rPr>
          <w:b w:val="0"/>
          <w:sz w:val="20"/>
        </w:rPr>
        <w:t>Adres zamieszkania / siedziby: _______________________________________________</w:t>
      </w:r>
    </w:p>
    <w:p>
      <w:r>
        <w:rPr>
          <w:b w:val="0"/>
          <w:sz w:val="20"/>
        </w:rPr>
        <w:t>PESEL / NIP: ________________________________________________________________</w:t>
      </w:r>
    </w:p>
    <w:p>
      <w:r>
        <w:rPr>
          <w:b w:val="0"/>
          <w:sz w:val="20"/>
        </w:rPr>
        <w:t>Telefon kontaktowy: _________________________________________________________</w:t>
      </w:r>
    </w:p>
    <w:p/>
    <w:p/>
    <w:p>
      <w:r>
        <w:rPr>
          <w:b/>
          <w:sz w:val="20"/>
        </w:rPr>
        <w:t>Do:</w:t>
      </w:r>
    </w:p>
    <w:p>
      <w:r>
        <w:rPr>
          <w:b w:val="0"/>
          <w:sz w:val="20"/>
        </w:rPr>
        <w:t>Komornik Sądowy przy Sądzie Rejonowym w ______________________</w:t>
      </w:r>
    </w:p>
    <w:p>
      <w:r>
        <w:rPr>
          <w:b w:val="0"/>
          <w:sz w:val="20"/>
        </w:rPr>
        <w:t>Adres kancelarii: ____________________________________________________________</w:t>
      </w:r>
    </w:p>
    <w:p/>
    <w:p/>
    <w:p>
      <w:r>
        <w:rPr>
          <w:b/>
          <w:sz w:val="20"/>
        </w:rPr>
        <w:t>Wnoszę o umorzenie postępowania egzekucyjnego prowadzonego w sprawie</w:t>
      </w:r>
    </w:p>
    <w:p>
      <w:r>
        <w:rPr>
          <w:b w:val="0"/>
          <w:sz w:val="20"/>
        </w:rPr>
        <w:t>sygnatura akt: ______________________________________________________________</w:t>
      </w:r>
    </w:p>
    <w:p>
      <w:r>
        <w:rPr>
          <w:b w:val="0"/>
          <w:sz w:val="20"/>
        </w:rPr>
        <w:t>prowadzonego przeciwko mnie / naszej firmie z tytułu: ____________________________</w:t>
      </w:r>
    </w:p>
    <w:p>
      <w:r>
        <w:rPr>
          <w:b w:val="0"/>
          <w:sz w:val="20"/>
        </w:rPr>
        <w:t>______________________________________________________________________________</w:t>
      </w:r>
    </w:p>
    <w:p/>
    <w:p>
      <w:r>
        <w:rPr>
          <w:b/>
          <w:sz w:val="20"/>
        </w:rPr>
        <w:t>Uzasadnienie:</w:t>
      </w:r>
    </w:p>
    <w:p>
      <w:r>
        <w:rPr>
          <w:b w:val="0"/>
          <w:sz w:val="20"/>
        </w:rPr>
        <w:t>Wnoszę o umorzenie postępowania egzekucyjnego z uwagi na następujące okoliczności: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</w:t>
      </w:r>
    </w:p>
    <w:p/>
    <w:p>
      <w:r>
        <w:rPr>
          <w:b/>
          <w:sz w:val="20"/>
        </w:rPr>
        <w:t>Oświadczam, że:</w:t>
      </w:r>
    </w:p>
    <w:p>
      <w:r>
        <w:rPr>
          <w:b w:val="0"/>
          <w:sz w:val="20"/>
        </w:rPr>
        <w:t>1. Nie posiadam majątku, z którego możliwe byłoby zaspokojenie przedmiotu egzekucji.</w:t>
      </w:r>
    </w:p>
    <w:p>
      <w:r>
        <w:rPr>
          <w:b w:val="0"/>
          <w:sz w:val="20"/>
        </w:rPr>
        <w:t>2. Nie jestem w stanie podjąć działalności zarobkowej lub innej działalności pozwalającej na spłatę zadłużenia.</w:t>
      </w:r>
    </w:p>
    <w:p>
      <w:r>
        <w:rPr>
          <w:b w:val="0"/>
          <w:sz w:val="20"/>
        </w:rPr>
        <w:t>3. Istnieją przesłanki do umorzenia postępowania egzekucyjnego zgodnie z obowiązującymi przepisami prawa.</w:t>
      </w:r>
    </w:p>
    <w:p/>
    <w:p>
      <w:r>
        <w:rPr>
          <w:b/>
          <w:sz w:val="20"/>
        </w:rPr>
        <w:t>Załączniki:</w:t>
      </w:r>
    </w:p>
    <w:p>
      <w:r>
        <w:rPr>
          <w:b w:val="0"/>
          <w:sz w:val="20"/>
        </w:rPr>
        <w:t>- Kopia dokumentów potwierdzających sytuację majątkową i finansową wnioskodawcy.</w:t>
      </w:r>
    </w:p>
    <w:p>
      <w:r>
        <w:rPr>
          <w:b w:val="0"/>
          <w:sz w:val="20"/>
        </w:rPr>
        <w:t>- Inne dokumenty potwierdzające zasadność wniosku.</w:t>
      </w:r>
    </w:p>
    <w:p/>
    <w:p/>
    <w:p>
      <w:r>
        <w:rPr>
          <w:b w:val="0"/>
          <w:sz w:val="20"/>
        </w:rPr>
        <w:t>Miejsce : ___________________________________         Data : ______________________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Podpis Wnioskodawcy: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br/>
              <w:br/>
              <w:t>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Oryginalne zrodlo tego dokumentu: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https://wniosek-mistrz.com/wniosek-o-umorzenie-postepowania-egzekucyjnego-wzor/</w:t>
        </w:r>
      </w:hyperlink>
    </w:p>
    <w:p>
      <w:pPr>
        <w:jc w:val="center"/>
      </w:pPr>
      <w:r>
        <w:rPr>
          <w:color w:val="555555"/>
          <w:sz w:val="26"/>
        </w:rPr>
        <w:t>Czy ten wzor byl dla Ciebie pomocny?</w:t>
      </w:r>
    </w:p>
    <w:p>
      <w:pPr>
        <w:jc w:val="center"/>
      </w:pPr>
      <w:r>
        <w:rPr>
          <w:color w:val="555555"/>
          <w:sz w:val="26"/>
        </w:rPr>
        <w:t>Znajdz inne zaktualizowane wzory na stronie: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https://wniosek-mistrz.com</w:t>
        </w:r>
      </w:hyperlink>
    </w:p>
    <w:p>
      <w:pPr>
        <w:jc w:val="center"/>
      </w:pPr>
      <w:r>
        <w:rPr>
          <w:color w:val="808080"/>
          <w:sz w:val="20"/>
        </w:rPr>
        <w:t>Ten wzor jest przeznaczony wylacznie do uzytku osobistego i niekomercyjnego.</w:t>
        <w:br/>
        <w:t>Kazde udostepnienie lub publikacja musi zawierac wskazanie zrodla. © wniosek-mistrz.com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niosek-mistrz.com/wniosek-o-umorzenie-postepowania-egzekucyjnego-wzor/" TargetMode="External"/><Relationship Id="rId10" Type="http://schemas.openxmlformats.org/officeDocument/2006/relationships/hyperlink" Target="https://wniosek-mistrz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