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WNIOSEK O URLOP REHABILITACYJNY</w:t>
      </w:r>
    </w:p>
    <w:p/>
    <w:p/>
    <w:p>
      <w:r>
        <w:rPr>
          <w:b/>
          <w:sz w:val="20"/>
        </w:rPr>
        <w:t>Dane Wnioskodawcy:</w:t>
      </w:r>
    </w:p>
    <w:p>
      <w:r>
        <w:rPr>
          <w:b w:val="0"/>
          <w:sz w:val="20"/>
        </w:rPr>
        <w:t>Imię i nazwisko: _____________________________________________________________</w:t>
      </w:r>
    </w:p>
    <w:p>
      <w:r>
        <w:rPr>
          <w:b w:val="0"/>
          <w:sz w:val="20"/>
        </w:rPr>
        <w:t>PESEL: _______________________________________________________________________</w:t>
      </w:r>
    </w:p>
    <w:p>
      <w:r>
        <w:rPr>
          <w:b w:val="0"/>
          <w:sz w:val="20"/>
        </w:rPr>
        <w:t>Adres zamieszkania: ___________________________________________________________</w:t>
      </w:r>
    </w:p>
    <w:p>
      <w:r>
        <w:rPr>
          <w:b w:val="0"/>
          <w:sz w:val="20"/>
        </w:rPr>
        <w:t>Stanowisko pracy: _____________________________________________________________</w:t>
      </w:r>
    </w:p>
    <w:p/>
    <w:p>
      <w:r>
        <w:rPr>
          <w:b/>
          <w:sz w:val="20"/>
        </w:rPr>
        <w:t>Dane zakładu pracy:</w:t>
      </w:r>
    </w:p>
    <w:p>
      <w:r>
        <w:rPr>
          <w:b w:val="0"/>
          <w:sz w:val="20"/>
        </w:rPr>
        <w:t>Nazwa zakładu pracy: _________________________________________________________</w:t>
      </w:r>
    </w:p>
    <w:p>
      <w:r>
        <w:rPr>
          <w:b w:val="0"/>
          <w:sz w:val="20"/>
        </w:rPr>
        <w:t>Adres zakładu pracy: __________________________________________________________</w:t>
      </w:r>
    </w:p>
    <w:p/>
    <w:p>
      <w:r>
        <w:rPr>
          <w:b/>
          <w:sz w:val="20"/>
        </w:rPr>
        <w:t>Wnoszę o udzielenie mi urlopu rehabilitacyjnego na okres:</w:t>
      </w:r>
    </w:p>
    <w:p>
      <w:r>
        <w:rPr>
          <w:b w:val="0"/>
          <w:sz w:val="20"/>
        </w:rPr>
        <w:t>_________________________________________________ (liczba dni / okres)</w:t>
      </w:r>
    </w:p>
    <w:p/>
    <w:p>
      <w:r>
        <w:rPr>
          <w:b/>
          <w:sz w:val="20"/>
        </w:rPr>
        <w:t>Uzasadnienie: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0"/>
        </w:rPr>
        <w:t>Załączniki:</w:t>
      </w:r>
    </w:p>
    <w:p>
      <w:r>
        <w:rPr>
          <w:b w:val="0"/>
          <w:sz w:val="20"/>
        </w:rPr>
        <w:t>- Orzeczenie lekarza uprawnionego do wystawiania zaświadczeń o czasowej niezdolności do pracy</w:t>
      </w:r>
    </w:p>
    <w:p>
      <w:r>
        <w:rPr>
          <w:b w:val="0"/>
          <w:sz w:val="20"/>
        </w:rPr>
        <w:t>- Inne dokumenty potwierdzające prawo do urlopu rehabilitacyjnego</w:t>
      </w:r>
    </w:p>
    <w:p/>
    <w:p/>
    <w:p>
      <w:r>
        <w:rPr>
          <w:b w:val="0"/>
          <w:sz w:val="20"/>
        </w:rPr>
        <w:t>Oświadczam, że spełniam warunki określone w przepisach dotyczących urlopu rehabilitacyjnego.</w:t>
      </w:r>
    </w:p>
    <w:p/>
    <w:p/>
    <w:p/>
    <w:p>
      <w:r>
        <w:rPr>
          <w:b w:val="0"/>
          <w:sz w:val="20"/>
        </w:rPr>
        <w:t>Miejsce, data: _______________________________________________________________</w:t>
      </w:r>
    </w:p>
    <w:p/>
    <w:p/>
    <w:p/>
    <w:p>
      <w:r>
        <w:rPr>
          <w:b w:val="0"/>
          <w:sz w:val="20"/>
        </w:rPr>
        <w:t>Podpis wnioskodawcy: _________________________________________________________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Pracodawca / osoba uprawniona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Data i podpis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https://wniosek-mistrz.com/wniosek-o-urlop-rehabilitacyjny-wzor/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https://wniosek-mistrz.com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wniosek-mistrz.com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niosek-mistrz.com/wniosek-o-urlop-rehabilitacyjny-wzor/" TargetMode="External"/><Relationship Id="rId10" Type="http://schemas.openxmlformats.org/officeDocument/2006/relationships/hyperlink" Target="https://wniosek-mistrz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