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URLOP UZUPEŁNIAJĄCY</w:t>
      </w:r>
    </w:p>
    <w:p/>
    <w:p/>
    <w:p>
      <w:r>
        <w:rPr>
          <w:b/>
          <w:sz w:val="20"/>
        </w:rPr>
        <w:t>Dane pracownika:</w:t>
      </w:r>
    </w:p>
    <w:p>
      <w:r>
        <w:rPr>
          <w:b w:val="0"/>
          <w:sz w:val="20"/>
        </w:rPr>
        <w:t>Imię i nazwisko: _________________________________________________</w:t>
      </w:r>
    </w:p>
    <w:p>
      <w:r>
        <w:rPr>
          <w:b w:val="0"/>
          <w:sz w:val="20"/>
        </w:rPr>
        <w:t>Stanowisko: _______________________________________________________</w:t>
      </w:r>
    </w:p>
    <w:p>
      <w:r>
        <w:rPr>
          <w:b w:val="0"/>
          <w:sz w:val="20"/>
        </w:rPr>
        <w:t>Dział / Oddział: _________________________________________________</w:t>
      </w:r>
    </w:p>
    <w:p>
      <w:r>
        <w:rPr>
          <w:b w:val="0"/>
          <w:sz w:val="20"/>
        </w:rPr>
        <w:t>Nr ewidencyjny pracownika: ______________________________________</w:t>
      </w:r>
    </w:p>
    <w:p/>
    <w:p>
      <w:r>
        <w:rPr>
          <w:b/>
          <w:sz w:val="20"/>
        </w:rPr>
        <w:t>Do:</w:t>
      </w:r>
    </w:p>
    <w:p>
      <w:r>
        <w:rPr>
          <w:b w:val="0"/>
          <w:sz w:val="20"/>
        </w:rPr>
        <w:t>Dyrektora / Kierownika _________________________________</w:t>
      </w:r>
    </w:p>
    <w:p>
      <w:r>
        <w:rPr>
          <w:b w:val="0"/>
          <w:sz w:val="20"/>
        </w:rPr>
        <w:t>W _________________________________</w:t>
      </w:r>
    </w:p>
    <w:p/>
    <w:p>
      <w:r>
        <w:rPr>
          <w:b/>
          <w:sz w:val="20"/>
        </w:rPr>
        <w:t>Wnoszę o udzielenie urlopu uzupełniającego na okres:</w:t>
      </w:r>
    </w:p>
    <w:p>
      <w:r>
        <w:rPr>
          <w:b w:val="0"/>
          <w:sz w:val="20"/>
        </w:rPr>
        <w:t>od dnia: ________________ do dnia: ________________</w:t>
      </w:r>
    </w:p>
    <w:p>
      <w:r>
        <w:rPr>
          <w:b w:val="0"/>
          <w:sz w:val="20"/>
        </w:rPr>
        <w:t>Łącznie: ______________ dni roboczych</w:t>
      </w:r>
    </w:p>
    <w:p/>
    <w:p>
      <w:r>
        <w:rPr>
          <w:b/>
          <w:sz w:val="20"/>
        </w:rPr>
        <w:t>Podstawa prawna udzielenia urlopu uzupełniającego: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Uzasadnienie wniosku: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 w:val="0"/>
          <w:sz w:val="20"/>
        </w:rPr>
        <w:t>Oświadczam, że nie korzystałem/am z urlopu uzupełniającego w roku kalendarzowym, którego dotyczy niniejszy wniosek.</w:t>
      </w:r>
    </w:p>
    <w:p/>
    <w:p/>
    <w:p>
      <w:r>
        <w:rPr>
          <w:b w:val="0"/>
          <w:sz w:val="20"/>
        </w:rPr>
        <w:t>Miejsce i data: 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Akceptacja przełożonego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https://wniosek-mistrz.com/wniosek-o-urlop-uzupelniajacy-wzor/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o-urlop-uzupelniajacy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