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WYDANIE ODPISU AKTU NOTARIALNEGO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 / Nazwa firmy : ______________________________________________</w:t>
      </w:r>
    </w:p>
    <w:p>
      <w:r>
        <w:rPr>
          <w:b w:val="0"/>
          <w:sz w:val="22"/>
        </w:rPr>
        <w:t>PESEL / NIP : _________________________________________________________________</w:t>
      </w:r>
    </w:p>
    <w:p>
      <w:r>
        <w:rPr>
          <w:b w:val="0"/>
          <w:sz w:val="22"/>
        </w:rPr>
        <w:t>Adres zamieszkania / siedziby : _______________________________________________</w:t>
      </w:r>
    </w:p>
    <w:p>
      <w:r>
        <w:rPr>
          <w:b w:val="0"/>
          <w:sz w:val="22"/>
        </w:rPr>
        <w:t>Nr dowodu osobistego / KRS (jeśli dotyczy) : ___________________________________</w:t>
      </w:r>
    </w:p>
    <w:p/>
    <w:p>
      <w:r>
        <w:rPr>
          <w:b/>
          <w:sz w:val="22"/>
        </w:rPr>
        <w:t>Dane aktu notarialnego:</w:t>
      </w:r>
    </w:p>
    <w:p>
      <w:r>
        <w:rPr>
          <w:b w:val="0"/>
          <w:sz w:val="22"/>
        </w:rPr>
        <w:t>Data sporządzenia aktu : ____________________________________________________</w:t>
      </w:r>
    </w:p>
    <w:p>
      <w:r>
        <w:rPr>
          <w:b w:val="0"/>
          <w:sz w:val="22"/>
        </w:rPr>
        <w:t>Notariusz sporządzający akt : _________________________________________________</w:t>
      </w:r>
    </w:p>
    <w:p>
      <w:r>
        <w:rPr>
          <w:b w:val="0"/>
          <w:sz w:val="22"/>
        </w:rPr>
        <w:t>Numer aktu : ________________________________________________________________</w:t>
      </w:r>
    </w:p>
    <w:p>
      <w:r>
        <w:rPr>
          <w:b w:val="0"/>
          <w:sz w:val="22"/>
        </w:rPr>
        <w:t>Sporządzony w kancelarii notarialnej : _________________________________________</w:t>
      </w:r>
    </w:p>
    <w:p/>
    <w:p>
      <w:r>
        <w:rPr>
          <w:b/>
          <w:sz w:val="22"/>
        </w:rPr>
        <w:t>Cel wniosku:</w:t>
      </w:r>
    </w:p>
    <w:p>
      <w:r>
        <w:rPr>
          <w:b w:val="0"/>
          <w:sz w:val="22"/>
        </w:rPr>
        <w:t>Proszę o wydanie odpisu aktu notarialnego w celu: 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Oświadczenie:</w:t>
      </w:r>
    </w:p>
    <w:p>
      <w:r>
        <w:rPr>
          <w:b w:val="0"/>
          <w:sz w:val="22"/>
        </w:rPr>
        <w:t>Oświadczam, że jestem uprawniony/-a do złożenia niniejszego wniosku oraz wykorzystania otrzymanego odpisu zgodnie z obowiązującymi przepisami prawa.</w:t>
      </w:r>
    </w:p>
    <w:p/>
    <w:p>
      <w:r>
        <w:rPr>
          <w:b/>
          <w:sz w:val="22"/>
        </w:rPr>
        <w:t>Informacje dodatkowe:</w:t>
      </w:r>
    </w:p>
    <w:p>
      <w:r>
        <w:rPr>
          <w:b w:val="0"/>
          <w:sz w:val="22"/>
        </w:rPr>
        <w:t>Proszę o kontakt pod numerem telefonu: _______________________________________</w:t>
      </w:r>
    </w:p>
    <w:p>
      <w:r>
        <w:rPr>
          <w:b w:val="0"/>
          <w:sz w:val="22"/>
        </w:rPr>
        <w:t>Adres e-mail: _________________________________________________________________</w:t>
      </w:r>
    </w:p>
    <w:p/>
    <w:p/>
    <w:p>
      <w:r>
        <w:rPr>
          <w:b w:val="0"/>
          <w:sz w:val="22"/>
        </w:rPr>
        <w:t>Miejsce, Data 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https://wniosek-mistrz.com/wniosek-o-wydanie-odpisu-aktu-notarialnego/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wydanie-odpisu-aktu-notarialnego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