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WYJŚCIE PRYWATNE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</w:t>
      </w:r>
    </w:p>
    <w:p>
      <w:r>
        <w:rPr>
          <w:b w:val="0"/>
          <w:sz w:val="22"/>
        </w:rPr>
        <w:t>Stanowisko: _____________________________________________________</w:t>
      </w:r>
    </w:p>
    <w:p>
      <w:r>
        <w:rPr>
          <w:b w:val="0"/>
          <w:sz w:val="22"/>
        </w:rPr>
        <w:t>Dział / Jednostka organizacyjna: _______________________________</w:t>
      </w:r>
    </w:p>
    <w:p/>
    <w:p>
      <w:r>
        <w:rPr>
          <w:b w:val="0"/>
          <w:sz w:val="22"/>
        </w:rPr>
        <w:t>Miejsce: ____________________________    Data: ____________________________</w:t>
      </w:r>
    </w:p>
    <w:p/>
    <w:p/>
    <w:p>
      <w:r>
        <w:rPr>
          <w:b/>
          <w:sz w:val="22"/>
        </w:rPr>
        <w:t>Na podstawie obowiązujących przepisów oraz regulaminu pracy zwracam się z uprzejmą prośbą o udzielenie zgody na wyjście prywatne w dniach:</w:t>
      </w:r>
    </w:p>
    <w:p>
      <w:r>
        <w:rPr>
          <w:b w:val="0"/>
          <w:sz w:val="22"/>
        </w:rPr>
        <w:t>Od dnia: _______________________  Do dnia: ________________________</w:t>
      </w:r>
    </w:p>
    <w:p/>
    <w:p>
      <w:r>
        <w:rPr>
          <w:b w:val="0"/>
          <w:sz w:val="22"/>
        </w:rPr>
        <w:t>Przyczyna wyjścia prywatnego: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r>
        <w:rPr>
          <w:b w:val="0"/>
          <w:sz w:val="22"/>
        </w:rPr>
        <w:t>Oświadczam, że w czasie wyjścia prywatnego nie będę wykonywać obowiązków służbowych i zobowiązuję się do nadrobienia wszelkich zaległości wynikających z mojej nieobecności.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Przełożony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</w:t>
            </w:r>
          </w:p>
        </w:tc>
      </w:tr>
    </w:tbl>
    <w:p/>
    <w:p/>
    <w:p/>
    <w:p>
      <w:r>
        <w:rPr>
          <w:b/>
          <w:sz w:val="22"/>
        </w:rPr>
        <w:t>Decyzja przełożonego:</w:t>
      </w:r>
    </w:p>
    <w:p>
      <w:r>
        <w:rPr>
          <w:b w:val="0"/>
          <w:sz w:val="22"/>
        </w:rPr>
        <w:t>Zgoda na wyjście prywatne: TAK [  ]    NIE [  ]</w:t>
      </w:r>
    </w:p>
    <w:p>
      <w:r>
        <w:rPr>
          <w:b w:val="0"/>
          <w:sz w:val="22"/>
        </w:rPr>
        <w:t>Uwagi: 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/>
    <w:p/>
    <w:p>
      <w:r>
        <w:rPr>
          <w:b w:val="0"/>
          <w:sz w:val="22"/>
        </w:rPr>
        <w:t>Podpis osoby rozpatrującej wniosek:</w:t>
      </w:r>
    </w:p>
    <w:p>
      <w:r>
        <w:rPr>
          <w:b w:val="0"/>
          <w:sz w:val="22"/>
        </w:rPr>
        <w:br/>
        <w:br/>
        <w:t>______________________________</w:t>
      </w:r>
    </w:p>
    <w:p>
      <w:r>
        <w:rPr>
          <w:b w:val="0"/>
          <w:sz w:val="22"/>
        </w:rPr>
        <w:t>Data: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https://wniosek-mistrz.com/wniosek-o-wyjscie-prywatne-wzor/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wyjscie-prywatne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