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WYMIANĘ PRAWA JAZDY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</w:t>
      </w:r>
    </w:p>
    <w:p>
      <w:r>
        <w:rPr>
          <w:b w:val="0"/>
          <w:sz w:val="20"/>
        </w:rPr>
        <w:t>Seria i numer dowodu osobistego: __________________________________________</w:t>
      </w:r>
    </w:p>
    <w:p/>
    <w:p>
      <w:r>
        <w:rPr>
          <w:b/>
          <w:sz w:val="20"/>
        </w:rPr>
        <w:t>Dane dotychczasowego prawa jazdy:</w:t>
      </w:r>
    </w:p>
    <w:p>
      <w:r>
        <w:rPr>
          <w:b w:val="0"/>
          <w:sz w:val="20"/>
        </w:rPr>
        <w:t>Numer prawa jazdy: ______________________________________________________</w:t>
      </w:r>
    </w:p>
    <w:p>
      <w:r>
        <w:rPr>
          <w:b w:val="0"/>
          <w:sz w:val="20"/>
        </w:rPr>
        <w:t>Kategoria(-e) prawa jazdy: _________________________________________________</w:t>
      </w:r>
    </w:p>
    <w:p>
      <w:r>
        <w:rPr>
          <w:b w:val="0"/>
          <w:sz w:val="20"/>
        </w:rPr>
        <w:t>Data wydania: ____________________________________________________________</w:t>
      </w:r>
    </w:p>
    <w:p>
      <w:r>
        <w:rPr>
          <w:b w:val="0"/>
          <w:sz w:val="20"/>
        </w:rPr>
        <w:t>Organ wydający: _________________________________________________________</w:t>
      </w:r>
    </w:p>
    <w:p/>
    <w:p>
      <w:r>
        <w:rPr>
          <w:b/>
          <w:sz w:val="20"/>
        </w:rPr>
        <w:t>Podstawa wymiany prawa jazdy (zaznaczyć odpowiednią opcję):</w:t>
      </w:r>
    </w:p>
    <w:p>
      <w:r>
        <w:rPr>
          <w:b w:val="0"/>
          <w:sz w:val="20"/>
        </w:rPr>
        <w:t>□ Utrata ważności prawa jazdy</w:t>
      </w:r>
    </w:p>
    <w:p>
      <w:r>
        <w:rPr>
          <w:b w:val="0"/>
          <w:sz w:val="20"/>
        </w:rPr>
        <w:t>□ Zmiana danych osobowych</w:t>
      </w:r>
    </w:p>
    <w:p>
      <w:r>
        <w:rPr>
          <w:b w:val="0"/>
          <w:sz w:val="20"/>
        </w:rPr>
        <w:t>□ Uszkodzenie lub zniszczenie dokumentu</w:t>
      </w:r>
    </w:p>
    <w:p>
      <w:r>
        <w:rPr>
          <w:b w:val="0"/>
          <w:sz w:val="20"/>
        </w:rPr>
        <w:t>□ Zmiana kategorii prawa jazdy</w:t>
      </w:r>
    </w:p>
    <w:p>
      <w:r>
        <w:rPr>
          <w:b w:val="0"/>
          <w:sz w:val="20"/>
        </w:rPr>
        <w:t>□ Inna (proszę podać): ____________________________________________________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Posiadam aktualne orzeczenie lekarskie stwierdzające brak przeciwwskazań do kierowania pojazdami.</w:t>
      </w:r>
    </w:p>
    <w:p>
      <w:r>
        <w:rPr>
          <w:b w:val="0"/>
          <w:sz w:val="20"/>
        </w:rPr>
        <w:t>2. Nie zostałem/-am pozbawiony/-a prawa jazdy na mocy prawomocnego orzeczenia sądu.</w:t>
      </w:r>
    </w:p>
    <w:p>
      <w:r>
        <w:rPr>
          <w:b w:val="0"/>
          <w:sz w:val="20"/>
        </w:rPr>
        <w:t>3. Przyjmuję do wiadomości, że w przypadku podania nieprawdziwych danych grożą konsekwencje prawne.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□ Aktualne orzeczenie lekarskie</w:t>
      </w:r>
    </w:p>
    <w:p>
      <w:r>
        <w:rPr>
          <w:b w:val="0"/>
          <w:sz w:val="20"/>
        </w:rPr>
        <w:t>□ Dotychczasowe prawo jazdy</w:t>
      </w:r>
    </w:p>
    <w:p>
      <w:r>
        <w:rPr>
          <w:b w:val="0"/>
          <w:sz w:val="20"/>
        </w:rPr>
        <w:t>□ Dowód uiszczenia opłaty skarbowej</w:t>
      </w:r>
    </w:p>
    <w:p>
      <w:r>
        <w:rPr>
          <w:b w:val="0"/>
          <w:sz w:val="20"/>
        </w:rPr>
        <w:t>□ Inne: _________________________________________________________________</w:t>
      </w:r>
    </w:p>
    <w:p/>
    <w:p>
      <w:r>
        <w:rPr>
          <w:b w:val="0"/>
          <w:sz w:val="20"/>
        </w:rPr>
        <w:t>Miejsce, data: 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przyjęcia wniosku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i pieczęć urzędnika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Data i numer wpływu: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https://wniosek-mistrz.com/wniosek-o-wymiane-prawa-jazdy/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wymiane-prawa-jazdy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