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ZASIŁEK POGRZEBOWY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</w:t>
      </w:r>
    </w:p>
    <w:p>
      <w:r>
        <w:rPr>
          <w:b w:val="0"/>
          <w:sz w:val="22"/>
        </w:rPr>
        <w:t>Telefon kontaktowy: ____________________________________________________</w:t>
      </w:r>
    </w:p>
    <w:p/>
    <w:p>
      <w:r>
        <w:rPr>
          <w:b/>
          <w:sz w:val="22"/>
        </w:rPr>
        <w:t>Dane osoby zmarłej:</w:t>
      </w:r>
    </w:p>
    <w:p>
      <w:r>
        <w:rPr>
          <w:b w:val="0"/>
          <w:sz w:val="22"/>
        </w:rPr>
        <w:t>Imię i nazwisko: _______________________________________________________</w:t>
      </w:r>
    </w:p>
    <w:p>
      <w:r>
        <w:rPr>
          <w:b w:val="0"/>
          <w:sz w:val="22"/>
        </w:rPr>
        <w:t>Data urodzenia: ________________________________________________________</w:t>
      </w:r>
    </w:p>
    <w:p>
      <w:r>
        <w:rPr>
          <w:b w:val="0"/>
          <w:sz w:val="22"/>
        </w:rPr>
        <w:t>Data i miejsce zgonu: _________________________________________________</w:t>
      </w:r>
    </w:p>
    <w:p>
      <w:r>
        <w:rPr>
          <w:b w:val="0"/>
          <w:sz w:val="22"/>
        </w:rPr>
        <w:t>PESEL (jeśli nadany): __________________________________________________</w:t>
      </w:r>
    </w:p>
    <w:p>
      <w:r>
        <w:rPr>
          <w:b w:val="0"/>
          <w:sz w:val="22"/>
        </w:rPr>
        <w:t>Stopień pokrewieństwa ze zmarłym: ______________________________________</w:t>
      </w:r>
    </w:p>
    <w:p/>
    <w:p>
      <w:r>
        <w:rPr>
          <w:b/>
          <w:sz w:val="22"/>
        </w:rPr>
        <w:t>Informacje o pochówku:</w:t>
      </w:r>
    </w:p>
    <w:p>
      <w:r>
        <w:rPr>
          <w:b w:val="0"/>
          <w:sz w:val="22"/>
        </w:rPr>
        <w:t>Data pochówku: _________________________________________________________</w:t>
      </w:r>
    </w:p>
    <w:p>
      <w:r>
        <w:rPr>
          <w:b w:val="0"/>
          <w:sz w:val="22"/>
        </w:rPr>
        <w:t>Miejsce pochówku (cmentarz, adres): _____________________________________</w:t>
      </w:r>
    </w:p>
    <w:p>
      <w:r>
        <w:rPr>
          <w:b w:val="0"/>
          <w:sz w:val="22"/>
        </w:rPr>
        <w:t>Koszty poniesione na pochówek (proszę dołączyć rachunki/faktury):</w:t>
      </w:r>
    </w:p>
    <w:p>
      <w:r>
        <w:rPr>
          <w:b w:val="0"/>
          <w:sz w:val="22"/>
        </w:rPr>
        <w:t>_________________________________________________________________________</w:t>
      </w:r>
    </w:p>
    <w:p/>
    <w:p>
      <w:r>
        <w:rPr>
          <w:b/>
          <w:sz w:val="22"/>
        </w:rPr>
        <w:t>Oświadczenia:</w:t>
      </w:r>
    </w:p>
    <w:p>
      <w:r>
        <w:rPr>
          <w:b w:val="0"/>
          <w:sz w:val="22"/>
        </w:rPr>
        <w:t>1. Oświadczam, że osoba zmarła nie pozostawała w stosunku ubezpieczenia społecznego lub</w:t>
      </w:r>
    </w:p>
    <w:p>
      <w:r>
        <w:rPr>
          <w:b w:val="0"/>
          <w:sz w:val="22"/>
        </w:rPr>
        <w:t>emerytalno-rentowego, lub że spełniam warunki do otrzymania zasiłku pogrzebowego zgodnie z</w:t>
      </w:r>
    </w:p>
    <w:p>
      <w:r>
        <w:rPr>
          <w:b w:val="0"/>
          <w:sz w:val="22"/>
        </w:rPr>
        <w:t>obowiązującymi przepisami.</w:t>
      </w:r>
    </w:p>
    <w:p/>
    <w:p>
      <w:r>
        <w:rPr>
          <w:b w:val="0"/>
          <w:sz w:val="22"/>
        </w:rPr>
        <w:t>2. Dołączam wymagane dokumenty potwierdzające poniesione koszty i okoliczności śmierci.</w:t>
      </w:r>
    </w:p>
    <w:p/>
    <w:p>
      <w:pPr>
        <w:jc w:val="center"/>
      </w:pPr>
      <w:r>
        <w:rPr>
          <w:b w:val="0"/>
          <w:sz w:val="22"/>
        </w:rPr>
        <w:t>.......................................................                         .......................................................</w:t>
      </w:r>
    </w:p>
    <w:p>
      <w:pPr>
        <w:jc w:val="center"/>
      </w:pPr>
      <w:r>
        <w:rPr>
          <w:b w:val="0"/>
          <w:sz w:val="22"/>
        </w:rPr>
        <w:t xml:space="preserve">           Miejscowość, data                                                                Podpis wnioskodawcy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wpływu wniosku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Numer sprawy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przyjmującego wniosek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Pieczęć urzędowa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https://wniosek-mistrz.com/wniosek-o-zasilek-pogrzebowy-wzor-wypelnienia/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asilek-pogrzebowy-wzor-wypelnienia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