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WNIOSEK O ZAWIESZENIE EMERYTURY</w:t>
      </w:r>
    </w:p>
    <w:p/>
    <w:p/>
    <w:p>
      <w:r>
        <w:rPr>
          <w:b/>
          <w:sz w:val="20"/>
        </w:rPr>
        <w:t>Dane wnioskodawcy:</w:t>
      </w:r>
    </w:p>
    <w:p>
      <w:r>
        <w:rPr>
          <w:b w:val="0"/>
          <w:sz w:val="20"/>
        </w:rPr>
        <w:t>Imię i nazwisko: ________________________________________________</w:t>
      </w:r>
    </w:p>
    <w:p>
      <w:r>
        <w:rPr>
          <w:b w:val="0"/>
          <w:sz w:val="20"/>
        </w:rPr>
        <w:t>PESEL: __________________________________________________________</w:t>
      </w:r>
    </w:p>
    <w:p>
      <w:r>
        <w:rPr>
          <w:b w:val="0"/>
          <w:sz w:val="20"/>
        </w:rPr>
        <w:t>Numer dowodu osobistego: _________________________________________</w:t>
      </w:r>
    </w:p>
    <w:p>
      <w:r>
        <w:rPr>
          <w:b w:val="0"/>
          <w:sz w:val="20"/>
        </w:rPr>
        <w:t>Adres zamieszkania: ______________________________________________</w:t>
      </w:r>
    </w:p>
    <w:p/>
    <w:p>
      <w:r>
        <w:rPr>
          <w:b/>
          <w:sz w:val="20"/>
        </w:rPr>
        <w:t>Do:</w:t>
      </w:r>
    </w:p>
    <w:p>
      <w:r>
        <w:rPr>
          <w:b w:val="0"/>
          <w:sz w:val="20"/>
        </w:rPr>
        <w:t>Zakład Ubezpieczeń Społecznych</w:t>
      </w:r>
    </w:p>
    <w:p>
      <w:r>
        <w:rPr>
          <w:b w:val="0"/>
          <w:sz w:val="20"/>
        </w:rPr>
        <w:t>Oddział w ________________________________________________________</w:t>
      </w:r>
    </w:p>
    <w:p/>
    <w:p/>
    <w:p>
      <w:r>
        <w:rPr>
          <w:b w:val="0"/>
          <w:sz w:val="20"/>
        </w:rPr>
        <w:t>Wnoszę o zawieszenie wypłaty mojej emerytury z tytułu osiągnięcia wieku emerytalnego</w:t>
      </w:r>
    </w:p>
    <w:p>
      <w:r>
        <w:rPr>
          <w:b w:val="0"/>
          <w:sz w:val="20"/>
        </w:rPr>
        <w:t>od dnia ________________ do dnia ________________.</w:t>
      </w:r>
    </w:p>
    <w:p/>
    <w:p>
      <w:r>
        <w:rPr>
          <w:b/>
          <w:sz w:val="20"/>
        </w:rPr>
        <w:t>Podstawa prawna:</w:t>
      </w:r>
    </w:p>
    <w:p>
      <w:r>
        <w:rPr>
          <w:b w:val="0"/>
          <w:sz w:val="20"/>
        </w:rPr>
        <w:t>Art. 104 ustawy z dnia 17 grudnia 1998 r. o emeryturach i rentach z Funduszu Ubezpieczeń Społecznych (Dz.U. z 2020 r. poz. 53 ze zm.)</w:t>
      </w:r>
    </w:p>
    <w:p/>
    <w:p>
      <w:r>
        <w:rPr>
          <w:b/>
          <w:sz w:val="20"/>
        </w:rPr>
        <w:t>Uzasadnienie / oświadczenie:</w:t>
      </w:r>
    </w:p>
    <w:p>
      <w:r>
        <w:rPr>
          <w:b w:val="0"/>
          <w:sz w:val="20"/>
        </w:rPr>
        <w:t>W związku z podjęciem zatrudnienia / działalności gospodarczej / innej działalności przynoszącej przychód,</w:t>
      </w:r>
    </w:p>
    <w:p>
      <w:r>
        <w:rPr>
          <w:b w:val="0"/>
          <w:sz w:val="20"/>
        </w:rPr>
        <w:t>proszę o zawieszenie wypłaty emerytury na wskazany powyżej okres.</w:t>
      </w:r>
    </w:p>
    <w:p>
      <w:r>
        <w:rPr>
          <w:b w:val="0"/>
          <w:sz w:val="20"/>
        </w:rPr>
        <w:t>Jednocześnie oświadczam, że zapoznałem się z konsekwencjami zawieszenia emerytury wynikającymi z przepisów prawa.</w:t>
      </w:r>
    </w:p>
    <w:p/>
    <w:p>
      <w:r>
        <w:rPr>
          <w:b/>
          <w:sz w:val="20"/>
        </w:rPr>
        <w:t>Załączniki:</w:t>
      </w:r>
    </w:p>
    <w:p>
      <w:r>
        <w:rPr>
          <w:b w:val="0"/>
          <w:sz w:val="20"/>
        </w:rPr>
        <w:t>1. Kopia umowy o pracę / zaświadczenie o prowadzeniu działalności gospodarczej</w:t>
      </w:r>
    </w:p>
    <w:p>
      <w:r>
        <w:rPr>
          <w:b w:val="0"/>
          <w:sz w:val="20"/>
        </w:rPr>
        <w:t>2. Inne dokumenty potwierdzające podstawę zawieszenia emerytury</w:t>
      </w:r>
    </w:p>
    <w:p/>
    <w:p/>
    <w:p>
      <w:pPr>
        <w:jc w:val="center"/>
      </w:pPr>
      <w:r>
        <w:rPr>
          <w:b w:val="0"/>
          <w:sz w:val="20"/>
        </w:rPr>
        <w:t>...................................................., dnia ________________</w:t>
      </w:r>
    </w:p>
    <w:p/>
    <w:p/>
    <w:p>
      <w:r>
        <w:rPr>
          <w:b/>
          <w:sz w:val="20"/>
        </w:rPr>
        <w:t>Podpis wnioskodawcy:</w:t>
      </w:r>
    </w:p>
    <w:p>
      <w:pPr>
        <w:jc w:val="center"/>
      </w:pPr>
      <w:r>
        <w:rPr>
          <w:b w:val="0"/>
          <w:sz w:val="20"/>
        </w:rPr>
        <w:t>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Przyjął (imię i nazwisko, podpis)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Data przyjęcia wniosku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https://wniosek-mistrz.com/wniosek-o-zawieszenie-emerytury-wzor/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https://wniosek-mistrz.com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wniosek-mistrz.com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niosek-mistrz.com/wniosek-o-zawieszenie-emerytury-wzor/" TargetMode="External"/><Relationship Id="rId10" Type="http://schemas.openxmlformats.org/officeDocument/2006/relationships/hyperlink" Target="https://wniosek-mistrz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