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ZMIANĘ ADRESU DOZORU ELEKTRONICZNEGO</w:t>
      </w:r>
    </w:p>
    <w:p/>
    <w:p/>
    <w:p>
      <w:r>
        <w:rPr>
          <w:b/>
          <w:sz w:val="20"/>
        </w:rPr>
        <w:t>Dane Osoby Składającej Wniosek:</w:t>
      </w:r>
    </w:p>
    <w:p>
      <w:r>
        <w:rPr>
          <w:b w:val="0"/>
          <w:sz w:val="20"/>
        </w:rPr>
        <w:t>Imię i nazwisko: 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</w:t>
      </w:r>
    </w:p>
    <w:p>
      <w:r>
        <w:rPr>
          <w:b w:val="0"/>
          <w:sz w:val="20"/>
        </w:rPr>
        <w:t>Numer telefonu kontaktowego: _____________________________________________</w:t>
      </w:r>
    </w:p>
    <w:p>
      <w:r>
        <w:rPr>
          <w:b w:val="0"/>
          <w:sz w:val="20"/>
        </w:rPr>
        <w:t>Adres e-mail (opcjonalnie): ______________________________________________</w:t>
      </w:r>
    </w:p>
    <w:p/>
    <w:p>
      <w:r>
        <w:rPr>
          <w:b/>
          <w:sz w:val="20"/>
        </w:rPr>
        <w:t>Aktualny adres dozoru elektronicznego:</w:t>
      </w:r>
    </w:p>
    <w:p>
      <w:r>
        <w:rPr>
          <w:b w:val="0"/>
          <w:sz w:val="20"/>
        </w:rPr>
        <w:t>Ulica i numer domu/mieszkania: ___________________________________________</w:t>
      </w:r>
    </w:p>
    <w:p>
      <w:r>
        <w:rPr>
          <w:b w:val="0"/>
          <w:sz w:val="20"/>
        </w:rPr>
        <w:t>Kod pocztowy i miejscowość: ______________________________________________</w:t>
      </w:r>
    </w:p>
    <w:p/>
    <w:p>
      <w:r>
        <w:rPr>
          <w:b/>
          <w:sz w:val="20"/>
        </w:rPr>
        <w:t>Nowy adres dozoru elektronicznego:</w:t>
      </w:r>
    </w:p>
    <w:p>
      <w:r>
        <w:rPr>
          <w:b w:val="0"/>
          <w:sz w:val="20"/>
        </w:rPr>
        <w:t>Ulica i numer domu/mieszkania: ___________________________________________</w:t>
      </w:r>
    </w:p>
    <w:p>
      <w:r>
        <w:rPr>
          <w:b w:val="0"/>
          <w:sz w:val="20"/>
        </w:rPr>
        <w:t>Kod pocztowy i miejscowość: ______________________________________________</w:t>
      </w:r>
    </w:p>
    <w:p/>
    <w:p>
      <w:r>
        <w:rPr>
          <w:b/>
          <w:sz w:val="20"/>
        </w:rPr>
        <w:t>Podstawa prawna złożenia wniosku:</w:t>
      </w:r>
    </w:p>
    <w:p>
      <w:r>
        <w:rPr>
          <w:b w:val="0"/>
          <w:sz w:val="20"/>
        </w:rPr>
        <w:t>Na podstawie art. 41 ust. 2 ustawy z dnia 17 listopada 2006 r. o dozorze elektronicznym (Dz.U. z 2022 r. poz. 1275) składam wniosek o zmianę adresu dozoru elektronicznego.</w:t>
      </w:r>
    </w:p>
    <w:p/>
    <w:p>
      <w:r>
        <w:rPr>
          <w:b/>
          <w:sz w:val="20"/>
        </w:rPr>
        <w:t>Uzasadnienie zmiany adresu: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Oświadczam, że podane dane są zgodne z prawdą oraz że zostałem poinformowany o odpowiedzialności karnej za składanie fałszywych zeznań.</w:t>
      </w:r>
    </w:p>
    <w:p/>
    <w:p/>
    <w:p>
      <w:r>
        <w:rPr>
          <w:b w:val="0"/>
          <w:sz w:val="20"/>
        </w:rPr>
        <w:t>Miejsce: ____________________________    Data: ____________________________</w:t>
      </w:r>
    </w:p>
    <w:p/>
    <w:p/>
    <w:p/>
    <w:p>
      <w:r>
        <w:rPr>
          <w:b w:val="0"/>
          <w:sz w:val="20"/>
        </w:rPr>
        <w:t>Podpis osoby składającej wniosek: ________________________________________</w:t>
      </w:r>
    </w:p>
    <w:p/>
    <w:p/>
    <w:p/>
    <w:p>
      <w:r>
        <w:rPr>
          <w:b w:val="0"/>
          <w:sz w:val="20"/>
        </w:rPr>
        <w:t>Podpis osoby przyjmującej wniosek: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Wnioskującego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Przyjmującego Wniosek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https://wniosek-mistrz.com/wniosek-o-zmiane-adresu-dozoru-elektronicznego-wzor/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miane-adresu-dozoru-elektronicznego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