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ZMIANĘ NAZWISKA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</w:t>
      </w:r>
    </w:p>
    <w:p>
      <w:r>
        <w:rPr>
          <w:b w:val="0"/>
          <w:sz w:val="20"/>
        </w:rPr>
        <w:t>Data urodzenia: _______________________________________________</w:t>
      </w:r>
    </w:p>
    <w:p>
      <w:r>
        <w:rPr>
          <w:b w:val="0"/>
          <w:sz w:val="20"/>
        </w:rPr>
        <w:t>PESEL: _________________________________________________________</w:t>
      </w:r>
    </w:p>
    <w:p>
      <w:r>
        <w:rPr>
          <w:b w:val="0"/>
          <w:sz w:val="20"/>
        </w:rPr>
        <w:t>Adres zamieszkania: ____________________________________________</w:t>
      </w:r>
    </w:p>
    <w:p>
      <w:r>
        <w:rPr>
          <w:b w:val="0"/>
          <w:sz w:val="20"/>
        </w:rPr>
        <w:t>Telefon kontaktowy: ____________________________________________</w:t>
      </w:r>
    </w:p>
    <w:p/>
    <w:p>
      <w:r>
        <w:rPr>
          <w:b/>
          <w:sz w:val="20"/>
        </w:rPr>
        <w:t>Do:</w:t>
      </w:r>
    </w:p>
    <w:p>
      <w:r>
        <w:rPr>
          <w:b w:val="0"/>
          <w:sz w:val="20"/>
        </w:rPr>
        <w:t>Urząd Stanu Cywilnego w __________________________________________________</w:t>
      </w:r>
    </w:p>
    <w:p/>
    <w:p/>
    <w:p>
      <w:r>
        <w:rPr>
          <w:b w:val="0"/>
          <w:sz w:val="20"/>
        </w:rPr>
        <w:t>Na podstawie art. 1 ustawy z dnia 17 października 2008 r. o zmianie imienia i nazwiska (Dz. U. Nr 220, poz. 1414) składam wniosek o zmianę nazwiska.</w:t>
      </w:r>
    </w:p>
    <w:p/>
    <w:p>
      <w:r>
        <w:rPr>
          <w:b/>
          <w:sz w:val="20"/>
        </w:rPr>
        <w:t>Aktualne nazwisko: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Proponowane nazwisko: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 xml:space="preserve">Uzasadniam wniosek następująco: </w:t>
        <w:br/>
        <w:t>____________________________________________________________________</w:t>
        <w:br/>
        <w:t>____________________________________________________________________</w:t>
        <w:br/>
        <w:t>____________________________________________________________________</w:t>
        <w:br/>
        <w:t>____________________________________________________________________</w:t>
      </w:r>
    </w:p>
    <w:p/>
    <w:p/>
    <w:p>
      <w:r>
        <w:rPr>
          <w:b/>
          <w:sz w:val="20"/>
        </w:rPr>
        <w:t>Oświadczam, że:</w:t>
      </w:r>
    </w:p>
    <w:p>
      <w:r>
        <w:rPr>
          <w:b w:val="0"/>
          <w:sz w:val="20"/>
        </w:rPr>
        <w:t>1. Nie zmieniałem(-am) nazwiska w okresie ostatnich 5 lat.</w:t>
      </w:r>
    </w:p>
    <w:p>
      <w:r>
        <w:rPr>
          <w:b w:val="0"/>
          <w:sz w:val="20"/>
        </w:rPr>
        <w:t>2. Nie toczy się wobec mnie postępowanie karne, które mogłoby mieć wpływ na rozpatrzenie niniejszego wniosku.</w:t>
      </w:r>
    </w:p>
    <w:p>
      <w:r>
        <w:rPr>
          <w:b w:val="0"/>
          <w:sz w:val="20"/>
        </w:rPr>
        <w:t>3. Jestem świadomy(-a) skutków prawnych zmiany nazwiska.</w:t>
      </w:r>
    </w:p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- Dowód osobisty lub inny dokument tożsamości</w:t>
      </w:r>
    </w:p>
    <w:p>
      <w:r>
        <w:rPr>
          <w:b w:val="0"/>
          <w:sz w:val="20"/>
        </w:rPr>
        <w:t>- Odpis aktu urodzenia</w:t>
      </w:r>
    </w:p>
    <w:p>
      <w:r>
        <w:rPr>
          <w:b w:val="0"/>
          <w:sz w:val="20"/>
        </w:rPr>
        <w:t>- Inne dokumenty potwierdzające zasadność zmiany (jeśli dotyczy)</w:t>
      </w:r>
    </w:p>
    <w:p/>
    <w:p/>
    <w:p>
      <w:r>
        <w:rPr>
          <w:b w:val="0"/>
          <w:sz w:val="20"/>
        </w:rPr>
        <w:t>Miejsce: ___________________________________    Data: 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wnioskodawcy: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https://wniosek-mistrz.com/wniosek-o-zmiane-nazwiska-uzasadnienie-wzor/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zmiane-nazwiska-uzasadnienie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