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ZMIANĘ PRZEZNACZENIA DZIAŁKI</w:t>
      </w:r>
    </w:p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 firmy: _______________________________________________</w:t>
      </w:r>
    </w:p>
    <w:p>
      <w:r>
        <w:rPr>
          <w:b w:val="0"/>
          <w:sz w:val="20"/>
        </w:rPr>
        <w:t>Adres zamieszkania / Siedziba: _______________________________________________</w:t>
      </w:r>
    </w:p>
    <w:p>
      <w:r>
        <w:rPr>
          <w:b w:val="0"/>
          <w:sz w:val="20"/>
        </w:rPr>
        <w:t>PESEL/NIP: ________________________________________________________________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_________________________________________________________</w:t>
      </w:r>
    </w:p>
    <w:p/>
    <w:p>
      <w:r>
        <w:rPr>
          <w:b/>
          <w:sz w:val="20"/>
        </w:rPr>
        <w:t>Dane działki:</w:t>
      </w:r>
    </w:p>
    <w:p>
      <w:r>
        <w:rPr>
          <w:b w:val="0"/>
          <w:sz w:val="20"/>
        </w:rPr>
        <w:t>Numer działki: ______________________________________________________________</w:t>
      </w:r>
    </w:p>
    <w:p>
      <w:r>
        <w:rPr>
          <w:b w:val="0"/>
          <w:sz w:val="20"/>
        </w:rPr>
        <w:t>Obręb ewidencyjny: _________________________________________________________</w:t>
      </w:r>
    </w:p>
    <w:p>
      <w:r>
        <w:rPr>
          <w:b w:val="0"/>
          <w:sz w:val="20"/>
        </w:rPr>
        <w:t>Adres działki: ______________________________________________________________</w:t>
      </w:r>
    </w:p>
    <w:p/>
    <w:p>
      <w:r>
        <w:rPr>
          <w:b/>
          <w:sz w:val="20"/>
        </w:rPr>
        <w:t>Aktualne przeznaczenie działki: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Proponowane przeznaczenie działki: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Uzasadnienie zmiany przeznaczenia działki: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/>
          <w:sz w:val="20"/>
        </w:rPr>
        <w:t>Załączniki do wniosku:</w:t>
      </w:r>
    </w:p>
    <w:p>
      <w:r>
        <w:rPr>
          <w:b w:val="0"/>
          <w:sz w:val="20"/>
        </w:rPr>
        <w:t>1. Mapa sytuacyjno-wysokościowa działki</w:t>
      </w:r>
    </w:p>
    <w:p>
      <w:r>
        <w:rPr>
          <w:b w:val="0"/>
          <w:sz w:val="20"/>
        </w:rPr>
        <w:t>2. Kopia aktualnego wypisu z rejestru gruntów</w:t>
      </w:r>
    </w:p>
    <w:p>
      <w:r>
        <w:rPr>
          <w:b w:val="0"/>
          <w:sz w:val="20"/>
        </w:rPr>
        <w:t>3. Inne dokumenty potwierdzające zasadność zmiany przeznaczenia</w:t>
      </w:r>
    </w:p>
    <w:p/>
    <w:p>
      <w:r>
        <w:rPr>
          <w:b/>
          <w:sz w:val="20"/>
        </w:rPr>
        <w:t>Oświadczenia Wnioskodawcy:</w:t>
      </w:r>
    </w:p>
    <w:p>
      <w:r>
        <w:rPr>
          <w:b w:val="0"/>
          <w:sz w:val="20"/>
        </w:rPr>
        <w:t>1. Oświadczam, że posiadam prawo do dysponowania działką na cele inwestycyjne.</w:t>
      </w:r>
    </w:p>
    <w:p>
      <w:r>
        <w:rPr>
          <w:b w:val="0"/>
          <w:sz w:val="20"/>
        </w:rPr>
        <w:t>2. Zapoznałem się z warunkami i skutkami zmiany przeznaczenia działki.</w:t>
      </w:r>
    </w:p>
    <w:p>
      <w:r>
        <w:rPr>
          <w:b w:val="0"/>
          <w:sz w:val="20"/>
        </w:rPr>
        <w:t>3. Zobowiązuję się do realizacji inwestycji zgodnie z nowym przeznaczeniem.</w:t>
      </w:r>
    </w:p>
    <w:p/>
    <w:p>
      <w:r>
        <w:rPr>
          <w:b w:val="0"/>
          <w:sz w:val="20"/>
        </w:rPr>
        <w:t>Miejsce, Data : 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Wnioskodawcy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https://wniosek-mistrz.com/wniosek-o-zmiane-przeznaczenia-dzialki-wzor/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zmiane-przeznaczenia-dzialki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