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ZWROT KOSZTÓW DOJAZDU DO SĄDU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: _____________________________________________________________</w:t>
      </w:r>
    </w:p>
    <w:p>
      <w:r>
        <w:rPr>
          <w:b w:val="0"/>
          <w:sz w:val="20"/>
        </w:rPr>
        <w:t>Adres zamieszkania : __________________________________________________________</w:t>
      </w:r>
    </w:p>
    <w:p>
      <w:r>
        <w:rPr>
          <w:b w:val="0"/>
          <w:sz w:val="20"/>
        </w:rPr>
        <w:t>PESEL : _______________________________________________________________</w:t>
      </w:r>
    </w:p>
    <w:p>
      <w:r>
        <w:rPr>
          <w:b w:val="0"/>
          <w:sz w:val="20"/>
        </w:rPr>
        <w:t>Telefon kontaktowy : ____________________________________________________</w:t>
      </w:r>
    </w:p>
    <w:p/>
    <w:p/>
    <w:p>
      <w:r>
        <w:rPr>
          <w:b w:val="0"/>
          <w:sz w:val="20"/>
        </w:rPr>
        <w:t>Do Sądu : _______________________________________________________________</w:t>
      </w:r>
    </w:p>
    <w:p>
      <w:r>
        <w:rPr>
          <w:b w:val="0"/>
          <w:sz w:val="20"/>
        </w:rPr>
        <w:t>Wydział : _______________________________________________________________</w:t>
      </w:r>
    </w:p>
    <w:p/>
    <w:p/>
    <w:p>
      <w:r>
        <w:rPr>
          <w:b w:val="0"/>
          <w:sz w:val="20"/>
        </w:rPr>
        <w:t>Sygnatura akt : ____________________________________________________________</w:t>
      </w:r>
    </w:p>
    <w:p/>
    <w:p/>
    <w:p>
      <w:pPr>
        <w:jc w:val="center"/>
      </w:pPr>
      <w:r>
        <w:rPr>
          <w:b/>
          <w:sz w:val="20"/>
        </w:rPr>
        <w:t>WNIOSEK</w:t>
      </w:r>
    </w:p>
    <w:p/>
    <w:p>
      <w:r>
        <w:rPr>
          <w:b w:val="0"/>
          <w:sz w:val="20"/>
        </w:rPr>
        <w:t>Na podstawie art. 102 § 3 Kodeksu postępowania cywilnego oraz innych obowiązujących przepisów, wnioskuję o zwrot kosztów dojazdu na rozprawę/przesłuchanie w dniach: ____________________________________________________________.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Koszty dojazdu poniosłem/am zgodnie z wymogami Sądu i w związku z koniecznością stawienia się na rozprawie/przesłuchaniu w miejscu wyznaczonym przez Sąd. Poniżej przedstawiam szczegółowe informacje o poniesionych kosztach.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Data</w:t>
            </w:r>
          </w:p>
        </w:tc>
        <w:tc>
          <w:tcPr>
            <w:tcW w:type="dxa" w:w="2493"/>
          </w:tcPr>
          <w:p>
            <w:r>
              <w:t>Miejsce wyjazdu</w:t>
            </w:r>
          </w:p>
        </w:tc>
        <w:tc>
          <w:tcPr>
            <w:tcW w:type="dxa" w:w="2493"/>
          </w:tcPr>
          <w:p>
            <w:r>
              <w:t>Miejsce przyjazdu</w:t>
            </w:r>
          </w:p>
        </w:tc>
        <w:tc>
          <w:tcPr>
            <w:tcW w:type="dxa" w:w="2493"/>
          </w:tcPr>
          <w:p>
            <w:r>
              <w:t>Koszt (PLN)</w:t>
            </w:r>
          </w:p>
        </w:tc>
      </w:tr>
      <w:tr>
        <w:tc>
          <w:tcPr>
            <w:tcW w:type="dxa" w:w="2493"/>
          </w:tcPr>
          <w:p>
            <w:r>
              <w:t>________________</w:t>
            </w:r>
          </w:p>
        </w:tc>
        <w:tc>
          <w:tcPr>
            <w:tcW w:type="dxa" w:w="2493"/>
          </w:tcPr>
          <w:p>
            <w:r>
              <w:t>________________</w:t>
            </w:r>
          </w:p>
        </w:tc>
        <w:tc>
          <w:tcPr>
            <w:tcW w:type="dxa" w:w="2493"/>
          </w:tcPr>
          <w:p>
            <w:r>
              <w:t>________________</w:t>
            </w:r>
          </w:p>
        </w:tc>
        <w:tc>
          <w:tcPr>
            <w:tcW w:type="dxa" w:w="2493"/>
          </w:tcPr>
          <w:p>
            <w:r>
              <w:t>________________</w:t>
            </w:r>
          </w:p>
        </w:tc>
      </w:tr>
    </w:tbl>
    <w:p/>
    <w:p/>
    <w:p>
      <w:r>
        <w:rPr>
          <w:b/>
          <w:sz w:val="20"/>
        </w:rPr>
        <w:t>Łączna kwota do zwrotu : ___________________ PLN</w:t>
      </w:r>
    </w:p>
    <w:p/>
    <w:p/>
    <w:p>
      <w:r>
        <w:rPr>
          <w:b/>
          <w:sz w:val="20"/>
        </w:rPr>
        <w:t>Załączniki:</w:t>
      </w:r>
    </w:p>
    <w:p>
      <w:r>
        <w:rPr>
          <w:b w:val="0"/>
          <w:sz w:val="20"/>
        </w:rPr>
        <w:t>- bilety/potwierdzenia przejazdu</w:t>
      </w:r>
    </w:p>
    <w:p>
      <w:r>
        <w:rPr>
          <w:b w:val="0"/>
          <w:sz w:val="20"/>
        </w:rPr>
        <w:t>- inne dokumenty potwierdzające poniesione koszty</w:t>
      </w:r>
    </w:p>
    <w:p/>
    <w:p/>
    <w:p/>
    <w:p>
      <w:r>
        <w:rPr>
          <w:b w:val="0"/>
          <w:sz w:val="20"/>
        </w:rPr>
        <w:t>Miejsce, Data : _____________________________________________________________</w:t>
      </w:r>
    </w:p>
    <w:p/>
    <w:p/>
    <w:p/>
    <w:p>
      <w:r>
        <w:rPr>
          <w:b w:val="0"/>
          <w:sz w:val="20"/>
        </w:rPr>
        <w:t>Podpis Wnioskodawcy : _____________________________________________________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Wnioskodawca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Pracownik Sądu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https://wniosek-mistrz.com/wniosek-o-zwrot-kosztow-dojazdu-do-sadu-wzor/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niosek-o-zwrot-kosztow-dojazdu-do-sadu-wzor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