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Wierzyciela o Przyłączenie Się do Egzekucji z Nieruchomości</w:t>
      </w:r>
    </w:p>
    <w:p/>
    <w:p/>
    <w:p>
      <w:r>
        <w:rPr>
          <w:b/>
          <w:sz w:val="20"/>
        </w:rPr>
        <w:t>Dane Wierzyciela:</w:t>
      </w:r>
    </w:p>
    <w:p>
      <w:r>
        <w:rPr>
          <w:b w:val="0"/>
          <w:sz w:val="20"/>
        </w:rPr>
        <w:t>Imię i nazwisko / Nazwa: ________________________________________________________</w:t>
      </w:r>
    </w:p>
    <w:p>
      <w:r>
        <w:rPr>
          <w:b w:val="0"/>
          <w:sz w:val="20"/>
        </w:rPr>
        <w:t>Adres zamieszkania / Siedziby: _________________________________________________</w:t>
      </w:r>
    </w:p>
    <w:p>
      <w:r>
        <w:rPr>
          <w:b w:val="0"/>
          <w:sz w:val="20"/>
        </w:rPr>
        <w:t>PESEL / NIP: _________________________________________________________________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/>
    <w:p>
      <w:r>
        <w:rPr>
          <w:b/>
          <w:sz w:val="20"/>
        </w:rPr>
        <w:t>Dane Komornika Sądowego:</w:t>
      </w:r>
    </w:p>
    <w:p>
      <w:r>
        <w:rPr>
          <w:b w:val="0"/>
          <w:sz w:val="20"/>
        </w:rPr>
        <w:t>Imię i nazwisko: ______________________________________________________________</w:t>
      </w:r>
    </w:p>
    <w:p>
      <w:r>
        <w:rPr>
          <w:b w:val="0"/>
          <w:sz w:val="20"/>
        </w:rPr>
        <w:t>Adres kancelarii: ______________________________________________________________</w:t>
      </w:r>
    </w:p>
    <w:p/>
    <w:p>
      <w:r>
        <w:rPr>
          <w:b/>
          <w:sz w:val="20"/>
        </w:rPr>
        <w:t>Dane Sądu Rejonowego:</w:t>
      </w:r>
    </w:p>
    <w:p>
      <w:r>
        <w:rPr>
          <w:b w:val="0"/>
          <w:sz w:val="20"/>
        </w:rPr>
        <w:t>Wydział Egzekucyjny: __________________________________________________________</w:t>
      </w:r>
    </w:p>
    <w:p>
      <w:r>
        <w:rPr>
          <w:b w:val="0"/>
          <w:sz w:val="20"/>
        </w:rPr>
        <w:t>Adres Sądu: _________________________________________________________________</w:t>
      </w:r>
    </w:p>
    <w:p/>
    <w:p>
      <w:r>
        <w:rPr>
          <w:b/>
          <w:sz w:val="20"/>
        </w:rPr>
        <w:t>Dane Dłużnika:</w:t>
      </w:r>
    </w:p>
    <w:p>
      <w:r>
        <w:rPr>
          <w:b w:val="0"/>
          <w:sz w:val="20"/>
        </w:rPr>
        <w:t>Imię i nazwisko / Nazwa: _____________________________________________________</w:t>
      </w:r>
    </w:p>
    <w:p>
      <w:r>
        <w:rPr>
          <w:b w:val="0"/>
          <w:sz w:val="20"/>
        </w:rPr>
        <w:t>Adres zamieszkania / Siedziby: ________________________________________________</w:t>
      </w:r>
    </w:p>
    <w:p>
      <w:r>
        <w:rPr>
          <w:b w:val="0"/>
          <w:sz w:val="20"/>
        </w:rPr>
        <w:t>PESEL / NIP: _________________________________________________________________</w:t>
      </w:r>
    </w:p>
    <w:p/>
    <w:p>
      <w:r>
        <w:rPr>
          <w:b/>
          <w:sz w:val="20"/>
        </w:rPr>
        <w:t>Dane nieruchomości podlegającej egzekucji:</w:t>
      </w:r>
    </w:p>
    <w:p>
      <w:r>
        <w:rPr>
          <w:b w:val="0"/>
          <w:sz w:val="20"/>
        </w:rPr>
        <w:t>Adres nieruchomości: _________________________________________________________</w:t>
      </w:r>
    </w:p>
    <w:p>
      <w:r>
        <w:rPr>
          <w:b w:val="0"/>
          <w:sz w:val="20"/>
        </w:rPr>
        <w:t>Księga wieczysta nr: __________________________________________________________</w:t>
      </w:r>
    </w:p>
    <w:p>
      <w:r>
        <w:rPr>
          <w:b w:val="0"/>
          <w:sz w:val="20"/>
        </w:rPr>
        <w:t>Opis nieruchomości: ___________________________________________________________</w:t>
      </w:r>
    </w:p>
    <w:p/>
    <w:p>
      <w:r>
        <w:rPr>
          <w:b/>
          <w:sz w:val="20"/>
        </w:rPr>
        <w:t>Podstawa prawna przyłączenia się do egzekucji:</w:t>
      </w:r>
    </w:p>
    <w:p>
      <w:r>
        <w:rPr>
          <w:b w:val="0"/>
          <w:sz w:val="20"/>
        </w:rPr>
        <w:t>Na podstawie art. 840 § 1 Kodeksu postępowania cywilnego wnoszę o przyłączenie się do egzekucji z nieruchomości wskazanej powyżej.</w:t>
      </w:r>
    </w:p>
    <w:p/>
    <w:p>
      <w:r>
        <w:rPr>
          <w:b/>
          <w:sz w:val="20"/>
        </w:rPr>
        <w:t>Wniosek:</w:t>
      </w:r>
    </w:p>
    <w:p>
      <w:r>
        <w:rPr>
          <w:b w:val="0"/>
          <w:sz w:val="20"/>
        </w:rPr>
        <w:t>Wnoszę o przyłączenie mnie, jako wierzyciela, do egzekucji prowadzonej przez Komornika Sądowego na podstawie tytułu wykonawczego przeciwko dłużnikowi, poprzez zajęcie wskazanej nieruchomości.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Odpis tytułu wykonawczego</w:t>
      </w:r>
    </w:p>
    <w:p>
      <w:r>
        <w:rPr>
          <w:b w:val="0"/>
          <w:sz w:val="20"/>
        </w:rPr>
        <w:t>2. Odpis księgi wieczystej nieruchomości</w:t>
      </w:r>
    </w:p>
    <w:p>
      <w:r>
        <w:rPr>
          <w:b w:val="0"/>
          <w:sz w:val="20"/>
        </w:rPr>
        <w:t>3. Upoważnienie pełnomocnika (jeśli dotyczy)</w:t>
      </w:r>
    </w:p>
    <w:p>
      <w:r>
        <w:rPr>
          <w:b w:val="0"/>
          <w:sz w:val="20"/>
        </w:rPr>
        <w:t>4. Inne dokumenty potwierdzające prawo do przyłączenia się do egzekucji</w:t>
      </w:r>
    </w:p>
    <w:p/>
    <w:p/>
    <w:p>
      <w:r>
        <w:rPr>
          <w:b w:val="0"/>
          <w:sz w:val="20"/>
        </w:rPr>
        <w:t>Miejsce: ____________________________________________    Data: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Wierzyciela: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https://wniosek-mistrz.com/wniosek-wierzyciela-o-przylaczenie-sie-do-egzekucji-z-nieruchomosci-wzor/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wierzyciela-o-przylaczenie-sie-do-egzekucji-z-nieruchomosci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