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ZUS O DOFINANSOWANIE NA DZIAŁANIA Z ZAKRESU BEZPIECZEŃSTWA I HIGIENY PRACY (BHP)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Nazwa firmy / Imię i nazwisko: _________________________________________________________</w:t>
      </w:r>
    </w:p>
    <w:p>
      <w:r>
        <w:rPr>
          <w:b w:val="0"/>
          <w:sz w:val="20"/>
        </w:rPr>
        <w:t>Adres siedziby / zamieszkania: _______________________________________________________</w:t>
      </w:r>
    </w:p>
    <w:p>
      <w:r>
        <w:rPr>
          <w:b w:val="0"/>
          <w:sz w:val="20"/>
        </w:rPr>
        <w:t>NIP: ______________________________________  REGON: ___________________________________</w:t>
      </w:r>
    </w:p>
    <w:p>
      <w:r>
        <w:rPr>
          <w:b w:val="0"/>
          <w:sz w:val="20"/>
        </w:rPr>
        <w:t>Telefon kontaktowy: _________________________________________________________________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_______________________________________________________________________</w:t>
      </w:r>
    </w:p>
    <w:p/>
    <w:p>
      <w:r>
        <w:rPr>
          <w:b/>
          <w:sz w:val="20"/>
        </w:rPr>
        <w:t>Podstawa prawna dofinansowania:</w:t>
      </w:r>
    </w:p>
    <w:p>
      <w:r>
        <w:rPr>
          <w:b w:val="0"/>
          <w:sz w:val="20"/>
        </w:rPr>
        <w:t>Zgodnie z art. 26 ust. 1 pkt 2 ustawy z dnia 13 kwietnia 2007 r. o świadczeniach pieniężnych z ubezpieczenia społecznego w razie choroby i macierzyństwa oraz rozporządzeniem Ministra Pracy i Polityki Społecznej w sprawie warunków i trybu przyznawania dofinansowania na działania z zakresu BHP.</w:t>
      </w:r>
    </w:p>
    <w:p/>
    <w:p>
      <w:r>
        <w:rPr>
          <w:b/>
          <w:sz w:val="20"/>
        </w:rPr>
        <w:t>Cel dofinansowania:</w:t>
      </w:r>
    </w:p>
    <w:p>
      <w:r>
        <w:rPr>
          <w:b w:val="0"/>
          <w:sz w:val="20"/>
        </w:rPr>
        <w:t>Dofinansowanie ma na celu poprawę warunków pracy oraz podniesienie poziomu bezpieczeństwa i higieny pracy poprzez realizację działań określonych w niniejszym wniosku.</w:t>
      </w:r>
    </w:p>
    <w:p/>
    <w:p>
      <w:r>
        <w:rPr>
          <w:b/>
          <w:sz w:val="20"/>
        </w:rPr>
        <w:t>Szczegóły planowanych działań z zakresu BHP:</w:t>
      </w:r>
    </w:p>
    <w:p>
      <w:r>
        <w:rPr>
          <w:b w:val="0"/>
          <w:sz w:val="20"/>
        </w:rPr>
        <w:t>1. Zakup i wdrożenie środków ochrony indywidualnej dla pracowników.</w:t>
      </w:r>
    </w:p>
    <w:p>
      <w:r>
        <w:rPr>
          <w:b w:val="0"/>
          <w:sz w:val="20"/>
        </w:rPr>
        <w:t>2. Szkolenia BHP dla zatrudnionych osób.</w:t>
      </w:r>
    </w:p>
    <w:p>
      <w:r>
        <w:rPr>
          <w:b w:val="0"/>
          <w:sz w:val="20"/>
        </w:rPr>
        <w:t>3. Przeprowadzenie audytu i oceny ryzyka zawodowego.</w:t>
      </w:r>
    </w:p>
    <w:p>
      <w:r>
        <w:rPr>
          <w:b w:val="0"/>
          <w:sz w:val="20"/>
        </w:rPr>
        <w:t>4. Zakup urządzeń i wyposażenia poprawiającego bezpieczeństwo pracy.</w:t>
      </w:r>
    </w:p>
    <w:p>
      <w:r>
        <w:rPr>
          <w:b w:val="0"/>
          <w:sz w:val="20"/>
        </w:rPr>
        <w:t>5. Inne działania: ________________________________________________________________</w:t>
      </w:r>
    </w:p>
    <w:p/>
    <w:p>
      <w:r>
        <w:rPr>
          <w:b/>
          <w:sz w:val="20"/>
        </w:rPr>
        <w:t>Koszty planowanych działań oraz źródła finansowania:</w:t>
      </w:r>
    </w:p>
    <w:p>
      <w:r>
        <w:rPr>
          <w:b w:val="0"/>
          <w:sz w:val="20"/>
        </w:rPr>
        <w:t>Łączna wartość dofinansowania (wnioskowana kwota): _______________ PLN</w:t>
      </w:r>
    </w:p>
    <w:p>
      <w:r>
        <w:rPr>
          <w:b w:val="0"/>
          <w:sz w:val="20"/>
        </w:rPr>
        <w:t>Wkład własny wnioskodawcy: _______________ PLN</w:t>
      </w:r>
    </w:p>
    <w:p>
      <w:r>
        <w:rPr>
          <w:b w:val="0"/>
          <w:sz w:val="20"/>
        </w:rPr>
        <w:t>Źródła finansowania (inne niż dofinansowanie ZUS): 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podane dane są prawdziwe i kompletne.</w:t>
      </w:r>
    </w:p>
    <w:p>
      <w:r>
        <w:rPr>
          <w:b w:val="0"/>
          <w:sz w:val="20"/>
        </w:rPr>
        <w:t>2. Zobowiązuję się do wykorzystania środków zgodnie z przeznaczeniem.</w:t>
      </w:r>
    </w:p>
    <w:p>
      <w:r>
        <w:rPr>
          <w:b w:val="0"/>
          <w:sz w:val="20"/>
        </w:rPr>
        <w:t>3. Zobowiązuję się do prowadzenia dokumentacji i rozliczeń zgodnie z obowiązującymi przepisami.</w:t>
      </w:r>
    </w:p>
    <w:p>
      <w:r>
        <w:rPr>
          <w:b w:val="0"/>
          <w:sz w:val="20"/>
        </w:rPr>
        <w:t>4. Jestem świadomy/a odpowiedzialności karnej za składanie fałszywych oświadczeń.</w:t>
      </w:r>
    </w:p>
    <w:p/>
    <w:p>
      <w:r>
        <w:rPr>
          <w:b w:val="0"/>
          <w:sz w:val="20"/>
        </w:rPr>
        <w:t>Miejsce, Data: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https://wniosek-mistrz.com/wniosek-zus-o-dofinansowanie-bhp-wzor/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zus-o-dofinansowanie-bhp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