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WZÓR PODANIE O WYMIANĘ DRZWI W MIESZKANIU KOMUNALNYM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Adres zamieszkania: _____________________________________________</w:t>
      </w:r>
    </w:p>
    <w:p>
      <w:r>
        <w:rPr>
          <w:b w:val="0"/>
          <w:sz w:val="20"/>
        </w:rPr>
        <w:t>Telefon kontaktowy: _____________________________________________</w:t>
      </w:r>
    </w:p>
    <w:p>
      <w:r>
        <w:rPr>
          <w:b w:val="0"/>
          <w:sz w:val="20"/>
        </w:rPr>
        <w:t>Adres e-mail: _________________________________________________</w:t>
      </w:r>
    </w:p>
    <w:p/>
    <w:p/>
    <w:p>
      <w:r>
        <w:rPr>
          <w:b/>
          <w:sz w:val="20"/>
        </w:rPr>
        <w:t>Dane mieszkania:</w:t>
      </w:r>
    </w:p>
    <w:p>
      <w:r>
        <w:rPr>
          <w:b w:val="0"/>
          <w:sz w:val="20"/>
        </w:rPr>
        <w:t>Nr mieszkania: __________________________</w:t>
      </w:r>
    </w:p>
    <w:p>
      <w:r>
        <w:rPr>
          <w:b w:val="0"/>
          <w:sz w:val="20"/>
        </w:rPr>
        <w:t>Adres budynku: ________________________________________________</w:t>
      </w:r>
    </w:p>
    <w:p/>
    <w:p/>
    <w:p>
      <w:r>
        <w:rPr>
          <w:b/>
          <w:sz w:val="20"/>
        </w:rPr>
        <w:t>Podanie:</w:t>
      </w:r>
    </w:p>
    <w:p>
      <w:r>
        <w:rPr>
          <w:b w:val="0"/>
          <w:sz w:val="20"/>
        </w:rPr>
        <w:t>Zwracam się z uprzejmą prośbą o wymianę drzwi wejściowych do mieszkania w budynku komunalnym, w którym zamieszkuję, ze względu na ich stan techniczny i bezpieczeństwo. Obecne drzwi są uszkodzone/zużyte i nie zapewniają odpowiedniej izolacji termicznej ani ochrony przed włamaniem.</w:t>
      </w:r>
    </w:p>
    <w:p/>
    <w:p>
      <w:r>
        <w:rPr>
          <w:b w:val="0"/>
          <w:sz w:val="20"/>
        </w:rPr>
        <w:t>Proszę o wyznaczenie terminu oraz przedstawienie warunków wymiany drzwi, a także informacji dotyczących kosztów związanych z wykonaniem tej usługi.</w:t>
      </w:r>
    </w:p>
    <w:p/>
    <w:p>
      <w:r>
        <w:rPr>
          <w:b w:val="0"/>
          <w:sz w:val="20"/>
        </w:rPr>
        <w:t>Jednocześnie oświadczam, że jestem świadomy/a obowiązku pokrycia kosztów wymiany drzwi zgodnie z obowiązującymi przepisami oraz regulaminem najmu lokalu komunalnego.</w:t>
      </w:r>
    </w:p>
    <w:p/>
    <w:p/>
    <w:p>
      <w:r>
        <w:rPr>
          <w:b w:val="0"/>
          <w:sz w:val="20"/>
        </w:rPr>
        <w:t>Z poważaniem,</w:t>
      </w:r>
    </w:p>
    <w:p/>
    <w:p/>
    <w:p/>
    <w:p/>
    <w:p>
      <w:pPr>
        <w:jc w:val="center"/>
      </w:pPr>
      <w:r>
        <w:rPr>
          <w:b w:val="0"/>
          <w:sz w:val="20"/>
        </w:rPr>
        <w:t>...............................................</w:t>
      </w:r>
    </w:p>
    <w:p>
      <w:pPr>
        <w:jc w:val="center"/>
      </w:pPr>
      <w:r>
        <w:rPr>
          <w:b w:val="0"/>
          <w:sz w:val="20"/>
        </w:rPr>
        <w:t>(podpis wnioskodawcy)</w:t>
      </w:r>
    </w:p>
    <w:p/>
    <w:p/>
    <w:p>
      <w:r>
        <w:rPr>
          <w:b w:val="0"/>
          <w:sz w:val="20"/>
        </w:rPr>
        <w:t>Miejsce i data: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wpływu podania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pracownika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https://wniosek-mistrz.com/wzor-podanie-o-wymiane-drzwi-w-mieszkaniu-komunalnym/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zor-podanie-o-wymiane-drzwi-w-mieszkaniu-komunalnym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