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WZÓR WNIOSKU O SKRÓCENIE ZAKAZU PROWADZENIA POJAZDÓW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</w:t>
      </w:r>
    </w:p>
    <w:p>
      <w:r>
        <w:rPr>
          <w:b w:val="0"/>
          <w:sz w:val="22"/>
        </w:rPr>
        <w:t>PESEL: _________________________________________________________</w:t>
      </w:r>
    </w:p>
    <w:p>
      <w:r>
        <w:rPr>
          <w:b w:val="0"/>
          <w:sz w:val="22"/>
        </w:rPr>
        <w:t>Adres zamieszkania: ____________________________________________</w:t>
      </w:r>
    </w:p>
    <w:p>
      <w:r>
        <w:rPr>
          <w:b w:val="0"/>
          <w:sz w:val="22"/>
        </w:rPr>
        <w:t>Nr dowodu osobistego: __________________________________________</w:t>
      </w:r>
    </w:p>
    <w:p>
      <w:r>
        <w:rPr>
          <w:b w:val="0"/>
          <w:sz w:val="22"/>
        </w:rPr>
        <w:t>Nr telefonu kontaktowego: ______________________________________</w:t>
      </w:r>
    </w:p>
    <w:p/>
    <w:p/>
    <w:p>
      <w:r>
        <w:rPr>
          <w:b/>
          <w:sz w:val="22"/>
        </w:rPr>
        <w:t>Sąd Rejonowy / Okręgowy w: _____________________________________</w:t>
      </w:r>
    </w:p>
    <w:p>
      <w:r>
        <w:rPr>
          <w:b/>
          <w:sz w:val="22"/>
        </w:rPr>
        <w:t>Wydział Karny</w:t>
      </w:r>
    </w:p>
    <w:p/>
    <w:p/>
    <w:p>
      <w:pPr>
        <w:jc w:val="center"/>
      </w:pPr>
      <w:r>
        <w:rPr>
          <w:b/>
          <w:sz w:val="22"/>
        </w:rPr>
        <w:t>Wniosek o skrócenie zakazu prowadzenia pojazdów</w:t>
      </w:r>
    </w:p>
    <w:p/>
    <w:p/>
    <w:p>
      <w:r>
        <w:rPr>
          <w:b w:val="0"/>
          <w:sz w:val="22"/>
        </w:rPr>
        <w:t>Na podstawie art. 107a § 1 Kodeksu karnego wykonawczego wnoszę o skrócenie orzeczonego wobec mnie zakazu prowadzenia pojazdów mechanicznych,</w:t>
      </w:r>
    </w:p>
    <w:p>
      <w:r>
        <w:rPr>
          <w:b w:val="0"/>
          <w:sz w:val="22"/>
        </w:rPr>
        <w:t>który został nałożony przez wyrok Sądu Rejonowego / Okręgowego w _______________ z dnia _______________, sygn. akt _______________,</w:t>
      </w:r>
    </w:p>
    <w:p>
      <w:r>
        <w:rPr>
          <w:b w:val="0"/>
          <w:sz w:val="22"/>
        </w:rPr>
        <w:t>w związku z popełnionym przeze mnie wykroczeniem/przestępstwem drogowym.</w:t>
      </w:r>
    </w:p>
    <w:p/>
    <w:p>
      <w:r>
        <w:rPr>
          <w:b/>
          <w:sz w:val="22"/>
        </w:rPr>
        <w:t>Uzasadnienie: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Wnoszę o pozytywne rozpatrzenie mojego wniosku ze względu na: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Oświadczam, że zapoznałem się z treścią niniejszego wniosku i wszystkie zawarte w nim informacje są zgodne z prawdą.</w:t>
      </w:r>
    </w:p>
    <w:p/>
    <w:p/>
    <w:p/>
    <w:p>
      <w:r>
        <w:rPr>
          <w:b w:val="0"/>
          <w:sz w:val="22"/>
        </w:rPr>
        <w:t>Miejscowość: ____________________________________</w:t>
      </w:r>
    </w:p>
    <w:p>
      <w:r>
        <w:rPr>
          <w:b w:val="0"/>
          <w:sz w:val="22"/>
        </w:rPr>
        <w:t>Data: ___________________________________________</w:t>
      </w:r>
    </w:p>
    <w:p/>
    <w:p/>
    <w:p/>
    <w:p>
      <w:r>
        <w:rPr>
          <w:b w:val="0"/>
          <w:sz w:val="22"/>
        </w:rPr>
        <w:t>Podpis wnioskodawcy: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Załączniki: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1. Odpis wyroku sądu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2. Dowód osobisty lub inny dokument tożsamości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3. Dokumenty potwierdzające okoliczności uzasadniające wniosek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https://wniosek-mistrz.com/wzor-wniosku-o-skrocenie-zakazu-prowadzenia-pojazdow/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zor-wniosku-o-skrocenie-zakazu-prowadzenia-pojazdow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