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EMERYTURĘ Z ZUS</w:t>
      </w:r>
    </w:p>
    <w:p/>
    <w:p/>
    <w:p>
      <w:r>
        <w:rPr>
          <w:b/>
          <w:sz w:val="20"/>
        </w:rPr>
        <w:t>Dane osobowe wnioskodawcy:</w:t>
      </w:r>
    </w:p>
    <w:p>
      <w:r>
        <w:rPr>
          <w:b w:val="0"/>
          <w:sz w:val="20"/>
        </w:rPr>
        <w:t>Imię i nazwisko : _______________________________________________________________</w:t>
      </w:r>
    </w:p>
    <w:p>
      <w:r>
        <w:rPr>
          <w:b w:val="0"/>
          <w:sz w:val="20"/>
        </w:rPr>
        <w:t>PESEL : _______________________________________________________________</w:t>
      </w:r>
    </w:p>
    <w:p>
      <w:r>
        <w:rPr>
          <w:b w:val="0"/>
          <w:sz w:val="20"/>
        </w:rPr>
        <w:t>Data urodzenia : _______________________________________________________________</w:t>
      </w:r>
    </w:p>
    <w:p>
      <w:r>
        <w:rPr>
          <w:b w:val="0"/>
          <w:sz w:val="20"/>
        </w:rPr>
        <w:t>Adres zamieszkania : _______________________________________________________________</w:t>
      </w:r>
    </w:p>
    <w:p>
      <w:r>
        <w:rPr>
          <w:b w:val="0"/>
          <w:sz w:val="20"/>
        </w:rPr>
        <w:t>Telefon kontaktowy : _______________________________________________________________</w:t>
      </w:r>
    </w:p>
    <w:p>
      <w:r>
        <w:rPr>
          <w:b w:val="0"/>
          <w:sz w:val="20"/>
        </w:rPr>
        <w:t>Adres e-mail : _______________________________________________________________</w:t>
      </w:r>
    </w:p>
    <w:p/>
    <w:p>
      <w:r>
        <w:rPr>
          <w:b/>
          <w:sz w:val="20"/>
        </w:rPr>
        <w:t>Dane identyfikacyjne (numer dokumentu tożsamości):</w:t>
      </w:r>
    </w:p>
    <w:p>
      <w:r>
        <w:rPr>
          <w:b w:val="0"/>
          <w:sz w:val="20"/>
        </w:rPr>
        <w:t>Rodzaj dokumentu : _______________________________________________________________</w:t>
      </w:r>
    </w:p>
    <w:p>
      <w:r>
        <w:rPr>
          <w:b w:val="0"/>
          <w:sz w:val="20"/>
        </w:rPr>
        <w:t>Numer dokumentu : _______________________________________________________________</w:t>
      </w:r>
    </w:p>
    <w:p/>
    <w:p>
      <w:r>
        <w:rPr>
          <w:b/>
          <w:sz w:val="20"/>
        </w:rPr>
        <w:t>Informacje o zatrudnieniu i ubezpieczeniu:</w:t>
      </w:r>
    </w:p>
    <w:p>
      <w:r>
        <w:rPr>
          <w:b w:val="0"/>
          <w:sz w:val="20"/>
        </w:rPr>
        <w:t>Numer ubezpieczenia społecznego (NUS) : __________________________________________</w:t>
      </w:r>
    </w:p>
    <w:p>
      <w:r>
        <w:rPr>
          <w:b w:val="0"/>
          <w:sz w:val="20"/>
        </w:rPr>
        <w:t>Data rozpoczęcia zatrudnienia : _______________________________________________</w:t>
      </w:r>
    </w:p>
    <w:p>
      <w:r>
        <w:rPr>
          <w:b w:val="0"/>
          <w:sz w:val="20"/>
        </w:rPr>
        <w:t>Data zakończenia zatrudnienia (jeśli dotyczy) : ___________________________________</w:t>
      </w:r>
    </w:p>
    <w:p>
      <w:r>
        <w:rPr>
          <w:b w:val="0"/>
          <w:sz w:val="20"/>
        </w:rPr>
        <w:t>Okresy podlegania ubezpieczeniu emerytalnemu i rentowemu (proszę wymienić):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/>
    <w:p>
      <w:r>
        <w:rPr>
          <w:b/>
          <w:sz w:val="20"/>
        </w:rPr>
        <w:t>Informacje o wcześniejszych emeryturach lub rentach (jeśli dotyczy):</w:t>
      </w:r>
    </w:p>
    <w:p>
      <w:r>
        <w:rPr>
          <w:b w:val="0"/>
          <w:sz w:val="20"/>
        </w:rPr>
        <w:t>Czy pobierał/a Pan/Pani wcześniej emeryturę lub rentę? (tak/nie) : ________________</w:t>
      </w:r>
    </w:p>
    <w:p>
      <w:r>
        <w:rPr>
          <w:b w:val="0"/>
          <w:sz w:val="20"/>
        </w:rPr>
        <w:t>Jeśli tak, proszę podać instytucję oraz okres pobierania: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/>
    <w:p>
      <w:r>
        <w:rPr>
          <w:b/>
          <w:sz w:val="20"/>
        </w:rPr>
        <w:t>Oświadczenia:</w:t>
      </w:r>
    </w:p>
    <w:p>
      <w:r>
        <w:rPr>
          <w:b w:val="0"/>
          <w:sz w:val="20"/>
        </w:rPr>
        <w:t>1. Oświadczam, że wszystkie dane zawarte w niniejszym wniosku są prawdziwe i kompletne.</w:t>
      </w:r>
    </w:p>
    <w:p>
      <w:r>
        <w:rPr>
          <w:b w:val="0"/>
          <w:sz w:val="20"/>
        </w:rPr>
        <w:t>2. Zobowiązuję się do niezwłocznego powiadomienia ZUS o wszelkich zmianach mających wpływ na prawo do emerytury.</w:t>
      </w:r>
    </w:p>
    <w:p>
      <w:r>
        <w:rPr>
          <w:b w:val="0"/>
          <w:sz w:val="20"/>
        </w:rPr>
        <w:t>3. Wyrażam zgodę na przetwarzanie moich danych osobowych w celu rozpatrzenia wniosku zgodnie z obowiązującymi przepisami.</w:t>
      </w:r>
    </w:p>
    <w:p/>
    <w:p>
      <w:r>
        <w:rPr>
          <w:b/>
          <w:sz w:val="20"/>
        </w:rPr>
        <w:t>Załączniki do wniosku:</w:t>
      </w:r>
    </w:p>
    <w:p>
      <w:r>
        <w:rPr>
          <w:b w:val="0"/>
          <w:sz w:val="20"/>
        </w:rPr>
        <w:t>- Kopia dokumentu tożsamości</w:t>
      </w:r>
    </w:p>
    <w:p>
      <w:r>
        <w:rPr>
          <w:b w:val="0"/>
          <w:sz w:val="20"/>
        </w:rPr>
        <w:t>- Potwierdzenie zatrudnienia / zaświadczenia o okresach ubezpieczenia</w:t>
      </w:r>
    </w:p>
    <w:p>
      <w:r>
        <w:rPr>
          <w:b w:val="0"/>
          <w:sz w:val="20"/>
        </w:rPr>
        <w:t>- Inne dokumenty potwierdzające uprawnienia do emerytury</w:t>
      </w:r>
    </w:p>
    <w:p/>
    <w:p/>
    <w:p>
      <w:r>
        <w:rPr>
          <w:b w:val="0"/>
          <w:sz w:val="20"/>
        </w:rPr>
        <w:t>Miejsce : ________________________________    Data : ________________________________</w:t>
      </w:r>
    </w:p>
    <w:p/>
    <w:p/>
    <w:p>
      <w:r>
        <w:rPr>
          <w:b w:val="0"/>
          <w:sz w:val="20"/>
        </w:rPr>
        <w:t>Podpis wnioskodawcy : 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Przyjął wniosek (podpis i pieczątka):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przyjęcia wniosku: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https://wniosek-mistrz.com/zus-emerytura-na-konto-wniosek-wzor/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zus-emerytura-na-konto-wniosek-wzor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